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C2E6C4" w14:textId="1CA2F7B1" w:rsidR="00255907" w:rsidRDefault="00C66754" w:rsidP="00255907">
      <w:pPr>
        <w:jc w:val="center"/>
        <w:rPr>
          <w:rFonts w:asciiTheme="majorHAnsi" w:hAnsiTheme="majorHAnsi" w:cstheme="majorHAnsi"/>
          <w:sz w:val="24"/>
          <w:szCs w:val="24"/>
        </w:rPr>
      </w:pPr>
      <w:r>
        <w:rPr>
          <w:rFonts w:asciiTheme="majorHAnsi" w:hAnsiTheme="majorHAnsi" w:cstheme="majorHAnsi"/>
          <w:noProof/>
          <w:sz w:val="24"/>
          <w:szCs w:val="24"/>
        </w:rPr>
        <w:drawing>
          <wp:inline distT="0" distB="0" distL="0" distR="0" wp14:anchorId="3304FA8C" wp14:editId="689CFD93">
            <wp:extent cx="6858000" cy="3429000"/>
            <wp:effectExtent l="0" t="0" r="0" b="0"/>
            <wp:docPr id="1194754048"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754048" name="Picture 1" descr="A close up of a sign&#10;&#10;AI-generated content may be incorrect."/>
                    <pic:cNvPicPr/>
                  </pic:nvPicPr>
                  <pic:blipFill>
                    <a:blip r:embed="rId8"/>
                    <a:stretch>
                      <a:fillRect/>
                    </a:stretch>
                  </pic:blipFill>
                  <pic:spPr>
                    <a:xfrm>
                      <a:off x="0" y="0"/>
                      <a:ext cx="6858000" cy="3429000"/>
                    </a:xfrm>
                    <a:prstGeom prst="rect">
                      <a:avLst/>
                    </a:prstGeom>
                  </pic:spPr>
                </pic:pic>
              </a:graphicData>
            </a:graphic>
          </wp:inline>
        </w:drawing>
      </w:r>
    </w:p>
    <w:p w14:paraId="25CD0786" w14:textId="77777777" w:rsidR="00920977" w:rsidRPr="00920977" w:rsidRDefault="00582166" w:rsidP="00920977">
      <w:pPr>
        <w:rPr>
          <w:rFonts w:cstheme="majorHAnsi"/>
          <w:b/>
          <w:bCs/>
          <w:sz w:val="24"/>
          <w:szCs w:val="24"/>
          <w:lang w:val="en-GB"/>
        </w:rPr>
      </w:pPr>
      <w:r w:rsidRPr="00255907">
        <w:br/>
      </w:r>
      <w:r w:rsidR="00920977" w:rsidRPr="00920977">
        <w:rPr>
          <w:rFonts w:ascii="Segoe UI Emoji" w:hAnsi="Segoe UI Emoji" w:cs="Segoe UI Emoji"/>
          <w:b/>
          <w:bCs/>
          <w:sz w:val="24"/>
          <w:szCs w:val="24"/>
          <w:lang w:val="en-GB"/>
        </w:rPr>
        <w:t>📞</w:t>
      </w:r>
      <w:r w:rsidR="00920977" w:rsidRPr="00920977">
        <w:rPr>
          <w:rFonts w:cstheme="majorHAnsi"/>
          <w:b/>
          <w:bCs/>
          <w:sz w:val="24"/>
          <w:szCs w:val="24"/>
          <w:lang w:val="en-GB"/>
        </w:rPr>
        <w:t xml:space="preserve"> Getting in Touch with Orchard Surgery</w:t>
      </w:r>
    </w:p>
    <w:p w14:paraId="45A672ED" w14:textId="77777777" w:rsidR="00920977" w:rsidRPr="00920977" w:rsidRDefault="00920977" w:rsidP="00920977">
      <w:pPr>
        <w:rPr>
          <w:rFonts w:asciiTheme="majorHAnsi" w:hAnsiTheme="majorHAnsi" w:cstheme="majorHAnsi"/>
          <w:b/>
          <w:bCs/>
          <w:sz w:val="24"/>
          <w:szCs w:val="24"/>
          <w:lang w:val="en-GB"/>
        </w:rPr>
      </w:pPr>
      <w:r w:rsidRPr="00920977">
        <w:rPr>
          <w:rFonts w:asciiTheme="majorHAnsi" w:hAnsiTheme="majorHAnsi" w:cstheme="majorHAnsi"/>
          <w:b/>
          <w:bCs/>
          <w:sz w:val="24"/>
          <w:szCs w:val="24"/>
          <w:lang w:val="en-GB"/>
        </w:rPr>
        <w:t>Appointments</w:t>
      </w:r>
    </w:p>
    <w:p w14:paraId="1D93C05F" w14:textId="00FE838E"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b/>
          <w:bCs/>
          <w:sz w:val="24"/>
          <w:szCs w:val="24"/>
          <w:lang w:val="en-GB"/>
        </w:rPr>
        <w:t xml:space="preserve">Use PATCHS </w:t>
      </w:r>
      <w:r>
        <w:rPr>
          <w:rFonts w:asciiTheme="majorHAnsi" w:hAnsiTheme="majorHAnsi" w:cstheme="majorHAnsi"/>
          <w:b/>
          <w:bCs/>
          <w:sz w:val="24"/>
          <w:szCs w:val="24"/>
          <w:lang w:val="en-GB"/>
        </w:rPr>
        <w:t xml:space="preserve">for Clinical and </w:t>
      </w:r>
      <w:r w:rsidR="00316BD8">
        <w:rPr>
          <w:rFonts w:asciiTheme="majorHAnsi" w:hAnsiTheme="majorHAnsi" w:cstheme="majorHAnsi"/>
          <w:b/>
          <w:bCs/>
          <w:sz w:val="24"/>
          <w:szCs w:val="24"/>
          <w:lang w:val="en-GB"/>
        </w:rPr>
        <w:t>Non-Clinical</w:t>
      </w:r>
      <w:r>
        <w:rPr>
          <w:rFonts w:asciiTheme="majorHAnsi" w:hAnsiTheme="majorHAnsi" w:cstheme="majorHAnsi"/>
          <w:b/>
          <w:bCs/>
          <w:sz w:val="24"/>
          <w:szCs w:val="24"/>
          <w:lang w:val="en-GB"/>
        </w:rPr>
        <w:t xml:space="preserve"> requests</w:t>
      </w:r>
    </w:p>
    <w:p w14:paraId="4847C0EC" w14:textId="77777777" w:rsidR="00920977" w:rsidRPr="00920977" w:rsidRDefault="00920977" w:rsidP="00920977">
      <w:pPr>
        <w:numPr>
          <w:ilvl w:val="0"/>
          <w:numId w:val="10"/>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Submit a request online via our website, the NHS App, or PATCHS. </w:t>
      </w:r>
    </w:p>
    <w:p w14:paraId="03C0F15C" w14:textId="77777777" w:rsidR="00920977" w:rsidRPr="00920977" w:rsidRDefault="00920977" w:rsidP="00920977">
      <w:pPr>
        <w:numPr>
          <w:ilvl w:val="0"/>
          <w:numId w:val="10"/>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Available Monday to Friday, 8:00am–6:30pm. </w:t>
      </w:r>
    </w:p>
    <w:p w14:paraId="1BF7FED0" w14:textId="5B817748" w:rsidR="00920977" w:rsidRPr="00920977" w:rsidRDefault="00920977" w:rsidP="00920977">
      <w:pPr>
        <w:numPr>
          <w:ilvl w:val="0"/>
          <w:numId w:val="10"/>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PATCHS allows you to provide detailed information </w:t>
      </w:r>
      <w:r>
        <w:rPr>
          <w:rFonts w:asciiTheme="majorHAnsi" w:hAnsiTheme="majorHAnsi" w:cstheme="majorHAnsi"/>
          <w:sz w:val="24"/>
          <w:szCs w:val="24"/>
          <w:lang w:val="en-GB"/>
        </w:rPr>
        <w:t xml:space="preserve">straight to a GP so they can </w:t>
      </w:r>
      <w:r w:rsidRPr="00920977">
        <w:rPr>
          <w:rFonts w:asciiTheme="majorHAnsi" w:hAnsiTheme="majorHAnsi" w:cstheme="majorHAnsi"/>
          <w:sz w:val="24"/>
          <w:szCs w:val="24"/>
          <w:lang w:val="en-GB"/>
        </w:rPr>
        <w:t>assess your needs and respond appropriately.</w:t>
      </w:r>
    </w:p>
    <w:p w14:paraId="2E7758C8"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b/>
          <w:bCs/>
          <w:sz w:val="24"/>
          <w:szCs w:val="24"/>
          <w:lang w:val="en-GB"/>
        </w:rPr>
        <w:t>Other ways to contact us</w:t>
      </w:r>
    </w:p>
    <w:p w14:paraId="3395C8D9" w14:textId="77777777" w:rsidR="00920977" w:rsidRPr="00920977" w:rsidRDefault="00920977" w:rsidP="00920977">
      <w:pPr>
        <w:numPr>
          <w:ilvl w:val="0"/>
          <w:numId w:val="12"/>
        </w:numPr>
        <w:rPr>
          <w:rFonts w:asciiTheme="majorHAnsi" w:hAnsiTheme="majorHAnsi" w:cstheme="majorHAnsi"/>
          <w:sz w:val="24"/>
          <w:szCs w:val="24"/>
          <w:lang w:val="en-GB"/>
        </w:rPr>
      </w:pP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Call Reception: </w:t>
      </w:r>
      <w:r w:rsidRPr="00920977">
        <w:rPr>
          <w:rFonts w:asciiTheme="majorHAnsi" w:hAnsiTheme="majorHAnsi" w:cstheme="majorHAnsi"/>
          <w:b/>
          <w:bCs/>
          <w:sz w:val="24"/>
          <w:szCs w:val="24"/>
          <w:lang w:val="en-GB"/>
        </w:rPr>
        <w:t>0151 334 2084</w:t>
      </w:r>
      <w:r w:rsidRPr="00920977">
        <w:rPr>
          <w:rFonts w:asciiTheme="majorHAnsi" w:hAnsiTheme="majorHAnsi" w:cstheme="majorHAnsi"/>
          <w:sz w:val="24"/>
          <w:szCs w:val="24"/>
          <w:lang w:val="en-GB"/>
        </w:rPr>
        <w:t xml:space="preserve"> </w:t>
      </w:r>
    </w:p>
    <w:p w14:paraId="1446FEA8" w14:textId="77777777" w:rsidR="00920977" w:rsidRPr="00920977" w:rsidRDefault="00920977" w:rsidP="00920977">
      <w:pPr>
        <w:numPr>
          <w:ilvl w:val="0"/>
          <w:numId w:val="12"/>
        </w:numPr>
        <w:rPr>
          <w:rFonts w:asciiTheme="majorHAnsi" w:hAnsiTheme="majorHAnsi" w:cstheme="majorHAnsi"/>
          <w:sz w:val="24"/>
          <w:szCs w:val="24"/>
          <w:lang w:val="en-GB"/>
        </w:rPr>
      </w:pP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Visit NHS 111 online or call </w:t>
      </w:r>
      <w:r w:rsidRPr="00920977">
        <w:rPr>
          <w:rFonts w:asciiTheme="majorHAnsi" w:hAnsiTheme="majorHAnsi" w:cstheme="majorHAnsi"/>
          <w:b/>
          <w:bCs/>
          <w:sz w:val="24"/>
          <w:szCs w:val="24"/>
          <w:lang w:val="en-GB"/>
        </w:rPr>
        <w:t>111</w:t>
      </w:r>
      <w:r w:rsidRPr="00920977">
        <w:rPr>
          <w:rFonts w:asciiTheme="majorHAnsi" w:hAnsiTheme="majorHAnsi" w:cstheme="majorHAnsi"/>
          <w:sz w:val="24"/>
          <w:szCs w:val="24"/>
          <w:lang w:val="en-GB"/>
        </w:rPr>
        <w:t xml:space="preserve"> when the surgery is closed. </w:t>
      </w:r>
    </w:p>
    <w:p w14:paraId="02A43400" w14:textId="10C9F46E" w:rsidR="00920977" w:rsidRPr="00920977" w:rsidRDefault="00920977" w:rsidP="00920977">
      <w:pPr>
        <w:rPr>
          <w:rFonts w:asciiTheme="majorHAnsi" w:hAnsiTheme="majorHAnsi" w:cstheme="majorHAnsi"/>
          <w:sz w:val="24"/>
          <w:szCs w:val="24"/>
          <w:lang w:val="en-GB"/>
        </w:rPr>
      </w:pPr>
    </w:p>
    <w:p w14:paraId="706B839E" w14:textId="77777777" w:rsidR="00920977" w:rsidRPr="00920977" w:rsidRDefault="00920977" w:rsidP="00920977">
      <w:pPr>
        <w:rPr>
          <w:rFonts w:asciiTheme="majorHAnsi" w:hAnsiTheme="majorHAnsi" w:cstheme="majorHAnsi"/>
          <w:b/>
          <w:bCs/>
          <w:sz w:val="24"/>
          <w:szCs w:val="24"/>
          <w:lang w:val="en-GB"/>
        </w:rPr>
      </w:pPr>
      <w:r w:rsidRPr="00920977">
        <w:rPr>
          <w:rFonts w:asciiTheme="majorHAnsi" w:hAnsiTheme="majorHAnsi" w:cstheme="majorHAnsi"/>
          <w:b/>
          <w:bCs/>
          <w:sz w:val="24"/>
          <w:szCs w:val="24"/>
          <w:lang w:val="en-GB"/>
        </w:rPr>
        <w:t>General Enquiries &amp; Administrative Requests</w:t>
      </w:r>
    </w:p>
    <w:p w14:paraId="67A53744"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You can:</w:t>
      </w:r>
    </w:p>
    <w:p w14:paraId="484607A4" w14:textId="77777777" w:rsidR="00920977" w:rsidRPr="00920977" w:rsidRDefault="00920977" w:rsidP="00920977">
      <w:pPr>
        <w:numPr>
          <w:ilvl w:val="0"/>
          <w:numId w:val="13"/>
        </w:numPr>
        <w:rPr>
          <w:rFonts w:asciiTheme="majorHAnsi" w:hAnsiTheme="majorHAnsi" w:cstheme="majorHAnsi"/>
          <w:sz w:val="24"/>
          <w:szCs w:val="24"/>
          <w:lang w:val="en-GB"/>
        </w:rPr>
      </w:pP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Email us: </w:t>
      </w:r>
      <w:r w:rsidRPr="00920977">
        <w:rPr>
          <w:rFonts w:asciiTheme="majorHAnsi" w:hAnsiTheme="majorHAnsi" w:cstheme="majorHAnsi"/>
          <w:b/>
          <w:bCs/>
          <w:sz w:val="24"/>
          <w:szCs w:val="24"/>
          <w:lang w:val="en-GB"/>
        </w:rPr>
        <w:t>cmicb-wi.gatekeeper-n85047@nhs.net</w:t>
      </w:r>
      <w:r w:rsidRPr="00920977">
        <w:rPr>
          <w:rFonts w:asciiTheme="majorHAnsi" w:hAnsiTheme="majorHAnsi" w:cstheme="majorHAnsi"/>
          <w:sz w:val="24"/>
          <w:szCs w:val="24"/>
          <w:lang w:val="en-GB"/>
        </w:rPr>
        <w:t xml:space="preserve"> </w:t>
      </w:r>
    </w:p>
    <w:p w14:paraId="419FF38C" w14:textId="4FC46892" w:rsidR="00920977" w:rsidRPr="00920977" w:rsidRDefault="00920977" w:rsidP="00920977">
      <w:pPr>
        <w:numPr>
          <w:ilvl w:val="0"/>
          <w:numId w:val="13"/>
        </w:numPr>
        <w:rPr>
          <w:rFonts w:asciiTheme="majorHAnsi" w:hAnsiTheme="majorHAnsi" w:cstheme="majorHAnsi"/>
          <w:sz w:val="24"/>
          <w:szCs w:val="24"/>
          <w:lang w:val="en-GB"/>
        </w:rPr>
      </w:pP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Submit an administrative request through PATCHS (available </w:t>
      </w:r>
      <w:r>
        <w:rPr>
          <w:rFonts w:asciiTheme="majorHAnsi" w:hAnsiTheme="majorHAnsi" w:cstheme="majorHAnsi"/>
          <w:sz w:val="24"/>
          <w:szCs w:val="24"/>
          <w:lang w:val="en-GB"/>
        </w:rPr>
        <w:t>8</w:t>
      </w:r>
      <w:r w:rsidRPr="00920977">
        <w:rPr>
          <w:rFonts w:asciiTheme="majorHAnsi" w:hAnsiTheme="majorHAnsi" w:cstheme="majorHAnsi"/>
          <w:sz w:val="24"/>
          <w:szCs w:val="24"/>
          <w:lang w:val="en-GB"/>
        </w:rPr>
        <w:t xml:space="preserve">:00am–6:30pm, Monday to Friday) </w:t>
      </w:r>
    </w:p>
    <w:p w14:paraId="304F1AF3" w14:textId="77777777" w:rsidR="00920977" w:rsidRPr="00920977" w:rsidRDefault="00920977" w:rsidP="00920977">
      <w:pPr>
        <w:numPr>
          <w:ilvl w:val="0"/>
          <w:numId w:val="13"/>
        </w:numPr>
        <w:rPr>
          <w:rFonts w:asciiTheme="majorHAnsi" w:hAnsiTheme="majorHAnsi" w:cstheme="majorHAnsi"/>
          <w:sz w:val="24"/>
          <w:szCs w:val="24"/>
          <w:lang w:val="en-GB"/>
        </w:rPr>
      </w:pP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Call Reception on </w:t>
      </w:r>
      <w:r w:rsidRPr="00920977">
        <w:rPr>
          <w:rFonts w:asciiTheme="majorHAnsi" w:hAnsiTheme="majorHAnsi" w:cstheme="majorHAnsi"/>
          <w:b/>
          <w:bCs/>
          <w:sz w:val="24"/>
          <w:szCs w:val="24"/>
          <w:lang w:val="en-GB"/>
        </w:rPr>
        <w:t>0151 334 2084</w:t>
      </w:r>
      <w:r w:rsidRPr="00920977">
        <w:rPr>
          <w:rFonts w:asciiTheme="majorHAnsi" w:hAnsiTheme="majorHAnsi" w:cstheme="majorHAnsi"/>
          <w:sz w:val="24"/>
          <w:szCs w:val="24"/>
          <w:lang w:val="en-GB"/>
        </w:rPr>
        <w:t xml:space="preserve"> </w:t>
      </w:r>
    </w:p>
    <w:p w14:paraId="65C9B4FE" w14:textId="2EB2C953" w:rsidR="00920977" w:rsidRPr="00920977" w:rsidRDefault="00920977" w:rsidP="00920977">
      <w:pPr>
        <w:rPr>
          <w:rFonts w:asciiTheme="majorHAnsi" w:hAnsiTheme="majorHAnsi" w:cstheme="majorHAnsi"/>
          <w:sz w:val="24"/>
          <w:szCs w:val="24"/>
          <w:lang w:val="en-GB"/>
        </w:rPr>
      </w:pPr>
    </w:p>
    <w:p w14:paraId="06315084" w14:textId="3CEC916A" w:rsidR="00920977" w:rsidRPr="00920977" w:rsidRDefault="00920977" w:rsidP="00920977">
      <w:pPr>
        <w:rPr>
          <w:rFonts w:asciiTheme="majorHAnsi" w:hAnsiTheme="majorHAnsi" w:cstheme="majorHAnsi"/>
          <w:b/>
          <w:bCs/>
          <w:sz w:val="24"/>
          <w:szCs w:val="24"/>
          <w:lang w:val="en-GB"/>
        </w:rPr>
      </w:pPr>
      <w:r w:rsidRPr="00920977">
        <w:rPr>
          <w:rFonts w:asciiTheme="majorHAnsi" w:hAnsiTheme="majorHAnsi" w:cstheme="majorHAnsi"/>
          <w:b/>
          <w:bCs/>
          <w:sz w:val="24"/>
          <w:szCs w:val="24"/>
          <w:lang w:val="en-GB"/>
        </w:rPr>
        <w:t>Prescription Requests</w:t>
      </w:r>
    </w:p>
    <w:p w14:paraId="2CEA7C12"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You can request repeat prescriptions by:</w:t>
      </w:r>
    </w:p>
    <w:p w14:paraId="3AA68725" w14:textId="2DBF9606" w:rsidR="00920977" w:rsidRPr="00920977" w:rsidRDefault="00920977" w:rsidP="00920977">
      <w:pPr>
        <w:numPr>
          <w:ilvl w:val="0"/>
          <w:numId w:val="14"/>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Using </w:t>
      </w:r>
      <w:r w:rsidR="00316BD8" w:rsidRPr="00316BD8">
        <w:rPr>
          <w:rFonts w:asciiTheme="majorHAnsi" w:hAnsiTheme="majorHAnsi" w:cstheme="majorHAnsi"/>
          <w:b/>
          <w:bCs/>
          <w:sz w:val="24"/>
          <w:szCs w:val="24"/>
          <w:lang w:val="en-GB"/>
        </w:rPr>
        <w:t>Patchs</w:t>
      </w:r>
      <w:r w:rsidR="00316BD8">
        <w:rPr>
          <w:rFonts w:asciiTheme="majorHAnsi" w:hAnsiTheme="majorHAnsi" w:cstheme="majorHAnsi"/>
          <w:sz w:val="24"/>
          <w:szCs w:val="24"/>
          <w:lang w:val="en-GB"/>
        </w:rPr>
        <w:t>,</w:t>
      </w:r>
      <w:r w:rsidRPr="00920977">
        <w:rPr>
          <w:rFonts w:asciiTheme="majorHAnsi" w:hAnsiTheme="majorHAnsi" w:cstheme="majorHAnsi"/>
          <w:sz w:val="24"/>
          <w:szCs w:val="24"/>
          <w:lang w:val="en-GB"/>
        </w:rPr>
        <w:t xml:space="preserve"> </w:t>
      </w:r>
      <w:r w:rsidRPr="00920977">
        <w:rPr>
          <w:rFonts w:asciiTheme="majorHAnsi" w:hAnsiTheme="majorHAnsi" w:cstheme="majorHAnsi"/>
          <w:b/>
          <w:bCs/>
          <w:sz w:val="24"/>
          <w:szCs w:val="24"/>
          <w:lang w:val="en-GB"/>
        </w:rPr>
        <w:t>NHS App</w:t>
      </w:r>
      <w:r w:rsidRPr="00920977">
        <w:rPr>
          <w:rFonts w:asciiTheme="majorHAnsi" w:hAnsiTheme="majorHAnsi" w:cstheme="majorHAnsi"/>
          <w:sz w:val="24"/>
          <w:szCs w:val="24"/>
          <w:lang w:val="en-GB"/>
        </w:rPr>
        <w:t xml:space="preserve"> or </w:t>
      </w:r>
      <w:r w:rsidRPr="00920977">
        <w:rPr>
          <w:rFonts w:asciiTheme="majorHAnsi" w:hAnsiTheme="majorHAnsi" w:cstheme="majorHAnsi"/>
          <w:b/>
          <w:bCs/>
          <w:sz w:val="24"/>
          <w:szCs w:val="24"/>
          <w:lang w:val="en-GB"/>
        </w:rPr>
        <w:t>Patient Access</w:t>
      </w:r>
      <w:r w:rsidRPr="00920977">
        <w:rPr>
          <w:rFonts w:asciiTheme="majorHAnsi" w:hAnsiTheme="majorHAnsi" w:cstheme="majorHAnsi"/>
          <w:sz w:val="24"/>
          <w:szCs w:val="24"/>
          <w:lang w:val="en-GB"/>
        </w:rPr>
        <w:t xml:space="preserve"> </w:t>
      </w:r>
    </w:p>
    <w:p w14:paraId="219B70A8" w14:textId="77777777" w:rsidR="00920977" w:rsidRDefault="00920977" w:rsidP="00920977">
      <w:pPr>
        <w:numPr>
          <w:ilvl w:val="0"/>
          <w:numId w:val="14"/>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Posting your paper request into the prescription box outside Reception </w:t>
      </w:r>
    </w:p>
    <w:p w14:paraId="342952D4" w14:textId="46100C18" w:rsidR="00157F3A" w:rsidRPr="00920977" w:rsidRDefault="00157F3A" w:rsidP="00920977">
      <w:pPr>
        <w:numPr>
          <w:ilvl w:val="0"/>
          <w:numId w:val="14"/>
        </w:numPr>
        <w:rPr>
          <w:rFonts w:asciiTheme="majorHAnsi" w:hAnsiTheme="majorHAnsi" w:cstheme="majorHAnsi"/>
          <w:sz w:val="24"/>
          <w:szCs w:val="24"/>
          <w:lang w:val="en-GB"/>
        </w:rPr>
      </w:pPr>
      <w:r>
        <w:rPr>
          <w:rFonts w:asciiTheme="majorHAnsi" w:hAnsiTheme="majorHAnsi" w:cstheme="majorHAnsi"/>
          <w:sz w:val="24"/>
          <w:szCs w:val="24"/>
          <w:lang w:val="en-GB"/>
        </w:rPr>
        <w:t xml:space="preserve">We have removed the original form from our website </w:t>
      </w:r>
    </w:p>
    <w:p w14:paraId="633DAB2E"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b/>
          <w:bCs/>
          <w:sz w:val="24"/>
          <w:szCs w:val="24"/>
          <w:lang w:val="en-GB"/>
        </w:rPr>
        <w:t>Please note:</w:t>
      </w:r>
    </w:p>
    <w:p w14:paraId="4FDCEEDC" w14:textId="77777777" w:rsidR="00920977" w:rsidRPr="00920977" w:rsidRDefault="00920977" w:rsidP="00920977">
      <w:pPr>
        <w:numPr>
          <w:ilvl w:val="0"/>
          <w:numId w:val="15"/>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We cannot accept prescription requests over the telephone. </w:t>
      </w:r>
    </w:p>
    <w:p w14:paraId="69C43E05" w14:textId="74C1E0A5" w:rsidR="00920977" w:rsidRPr="00920977" w:rsidRDefault="00920977" w:rsidP="00920977">
      <w:pPr>
        <w:numPr>
          <w:ilvl w:val="0"/>
          <w:numId w:val="15"/>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Prescriptions take </w:t>
      </w:r>
      <w:r w:rsidRPr="00920977">
        <w:rPr>
          <w:rFonts w:asciiTheme="majorHAnsi" w:hAnsiTheme="majorHAnsi" w:cstheme="majorHAnsi"/>
          <w:b/>
          <w:bCs/>
          <w:sz w:val="24"/>
          <w:szCs w:val="24"/>
          <w:lang w:val="en-GB"/>
        </w:rPr>
        <w:t>2 working days</w:t>
      </w:r>
      <w:r w:rsidRPr="00920977">
        <w:rPr>
          <w:rFonts w:asciiTheme="majorHAnsi" w:hAnsiTheme="majorHAnsi" w:cstheme="majorHAnsi"/>
          <w:sz w:val="24"/>
          <w:szCs w:val="24"/>
          <w:lang w:val="en-GB"/>
        </w:rPr>
        <w:t xml:space="preserve"> </w:t>
      </w:r>
      <w:r w:rsidR="00316BD8">
        <w:rPr>
          <w:rFonts w:asciiTheme="majorHAnsi" w:hAnsiTheme="majorHAnsi" w:cstheme="majorHAnsi"/>
          <w:sz w:val="24"/>
          <w:szCs w:val="24"/>
          <w:lang w:val="en-GB"/>
        </w:rPr>
        <w:t xml:space="preserve">from receipt </w:t>
      </w:r>
      <w:r w:rsidRPr="00920977">
        <w:rPr>
          <w:rFonts w:asciiTheme="majorHAnsi" w:hAnsiTheme="majorHAnsi" w:cstheme="majorHAnsi"/>
          <w:sz w:val="24"/>
          <w:szCs w:val="24"/>
          <w:lang w:val="en-GB"/>
        </w:rPr>
        <w:t xml:space="preserve">to process. </w:t>
      </w:r>
    </w:p>
    <w:p w14:paraId="288C2653" w14:textId="61A8A248" w:rsidR="00920977" w:rsidRPr="00920977" w:rsidRDefault="00920977" w:rsidP="00920977">
      <w:pPr>
        <w:numPr>
          <w:ilvl w:val="0"/>
          <w:numId w:val="15"/>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Please allow your pharmacy additional </w:t>
      </w:r>
      <w:r w:rsidR="00316BD8">
        <w:rPr>
          <w:rFonts w:asciiTheme="majorHAnsi" w:hAnsiTheme="majorHAnsi" w:cstheme="majorHAnsi"/>
          <w:sz w:val="24"/>
          <w:szCs w:val="24"/>
          <w:lang w:val="en-GB"/>
        </w:rPr>
        <w:t xml:space="preserve">time </w:t>
      </w:r>
      <w:r w:rsidRPr="00920977">
        <w:rPr>
          <w:rFonts w:asciiTheme="majorHAnsi" w:hAnsiTheme="majorHAnsi" w:cstheme="majorHAnsi"/>
          <w:sz w:val="24"/>
          <w:szCs w:val="24"/>
          <w:lang w:val="en-GB"/>
        </w:rPr>
        <w:t xml:space="preserve">to prepare your medication before collection. </w:t>
      </w:r>
    </w:p>
    <w:p w14:paraId="23A71632" w14:textId="6462AB52" w:rsidR="00920977" w:rsidRPr="00920977" w:rsidRDefault="00920977" w:rsidP="00920977">
      <w:pPr>
        <w:rPr>
          <w:rFonts w:asciiTheme="majorHAnsi" w:hAnsiTheme="majorHAnsi" w:cstheme="majorHAnsi"/>
          <w:sz w:val="24"/>
          <w:szCs w:val="24"/>
          <w:lang w:val="en-GB"/>
        </w:rPr>
      </w:pPr>
    </w:p>
    <w:p w14:paraId="5C0B400C" w14:textId="77777777" w:rsidR="00920977" w:rsidRPr="00920977" w:rsidRDefault="00920977" w:rsidP="00920977">
      <w:pPr>
        <w:rPr>
          <w:rFonts w:asciiTheme="majorHAnsi" w:hAnsiTheme="majorHAnsi" w:cstheme="majorHAnsi"/>
          <w:b/>
          <w:bCs/>
          <w:sz w:val="24"/>
          <w:szCs w:val="24"/>
          <w:lang w:val="en-GB"/>
        </w:rPr>
      </w:pPr>
      <w:r w:rsidRPr="00920977">
        <w:rPr>
          <w:rFonts w:ascii="Segoe UI Emoji" w:hAnsi="Segoe UI Emoji" w:cs="Segoe UI Emoji"/>
          <w:b/>
          <w:bCs/>
          <w:sz w:val="24"/>
          <w:szCs w:val="24"/>
          <w:lang w:val="en-GB"/>
        </w:rPr>
        <w:t>👩</w:t>
      </w:r>
      <w:r w:rsidRPr="00920977">
        <w:rPr>
          <w:rFonts w:asciiTheme="majorHAnsi" w:hAnsiTheme="majorHAnsi" w:cstheme="majorHAnsi"/>
          <w:b/>
          <w:bCs/>
          <w:sz w:val="24"/>
          <w:szCs w:val="24"/>
          <w:lang w:val="en-GB"/>
        </w:rPr>
        <w:t>‍</w:t>
      </w:r>
      <w:r w:rsidRPr="00920977">
        <w:rPr>
          <w:rFonts w:ascii="Segoe UI Emoji" w:hAnsi="Segoe UI Emoji" w:cs="Segoe UI Emoji"/>
          <w:b/>
          <w:bCs/>
          <w:sz w:val="24"/>
          <w:szCs w:val="24"/>
          <w:lang w:val="en-GB"/>
        </w:rPr>
        <w:t>⚕️</w:t>
      </w:r>
      <w:r w:rsidRPr="00920977">
        <w:rPr>
          <w:rFonts w:asciiTheme="majorHAnsi" w:hAnsiTheme="majorHAnsi" w:cstheme="majorHAnsi"/>
          <w:b/>
          <w:bCs/>
          <w:sz w:val="24"/>
          <w:szCs w:val="24"/>
          <w:lang w:val="en-GB"/>
        </w:rPr>
        <w:t xml:space="preserve"> Our Care Navigation Team</w:t>
      </w:r>
    </w:p>
    <w:p w14:paraId="36A4FBEE"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Our reception team are trained </w:t>
      </w:r>
      <w:r w:rsidRPr="00920977">
        <w:rPr>
          <w:rFonts w:asciiTheme="majorHAnsi" w:hAnsiTheme="majorHAnsi" w:cstheme="majorHAnsi"/>
          <w:b/>
          <w:bCs/>
          <w:sz w:val="24"/>
          <w:szCs w:val="24"/>
          <w:lang w:val="en-GB"/>
        </w:rPr>
        <w:t>Care Navigators</w:t>
      </w:r>
      <w:r w:rsidRPr="00920977">
        <w:rPr>
          <w:rFonts w:asciiTheme="majorHAnsi" w:hAnsiTheme="majorHAnsi" w:cstheme="majorHAnsi"/>
          <w:sz w:val="24"/>
          <w:szCs w:val="24"/>
          <w:lang w:val="en-GB"/>
        </w:rPr>
        <w:t xml:space="preserve"> and will help direct you to the most appropriate service for your needs.</w:t>
      </w:r>
    </w:p>
    <w:p w14:paraId="72619EB1"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This may include:</w:t>
      </w:r>
    </w:p>
    <w:p w14:paraId="3FA99C37" w14:textId="77777777" w:rsidR="00920977" w:rsidRPr="00920977" w:rsidRDefault="00920977" w:rsidP="00920977">
      <w:pPr>
        <w:numPr>
          <w:ilvl w:val="0"/>
          <w:numId w:val="16"/>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Community services </w:t>
      </w:r>
    </w:p>
    <w:p w14:paraId="68DABAFA" w14:textId="77777777" w:rsidR="00920977" w:rsidRPr="00920977" w:rsidRDefault="00920977" w:rsidP="00920977">
      <w:pPr>
        <w:numPr>
          <w:ilvl w:val="0"/>
          <w:numId w:val="16"/>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Your local pharmacy </w:t>
      </w:r>
    </w:p>
    <w:p w14:paraId="2A43F039" w14:textId="77777777" w:rsidR="00920977" w:rsidRPr="00920977" w:rsidRDefault="00920977" w:rsidP="00920977">
      <w:pPr>
        <w:numPr>
          <w:ilvl w:val="0"/>
          <w:numId w:val="16"/>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Self-care advice </w:t>
      </w:r>
    </w:p>
    <w:p w14:paraId="045826C7" w14:textId="69B8D50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lastRenderedPageBreak/>
        <w:t>This helps ensure patients receive the right care, from the right person, at the right time.</w:t>
      </w:r>
      <w:r w:rsidR="00566193" w:rsidRPr="00566193">
        <w:rPr>
          <w:rFonts w:asciiTheme="majorHAnsi" w:hAnsiTheme="majorHAnsi" w:cstheme="majorHAnsi"/>
          <w:noProof/>
          <w:sz w:val="24"/>
          <w:szCs w:val="24"/>
          <w:lang w:val="en-GB"/>
        </w:rPr>
        <w:drawing>
          <wp:inline distT="0" distB="0" distL="0" distR="0" wp14:anchorId="2F74C683" wp14:editId="022CD55A">
            <wp:extent cx="3219450" cy="3219450"/>
            <wp:effectExtent l="0" t="0" r="0" b="0"/>
            <wp:docPr id="12761672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p w14:paraId="44D4659A" w14:textId="1DEA3847" w:rsidR="00920977" w:rsidRPr="00920977" w:rsidRDefault="00920977" w:rsidP="00920977">
      <w:pPr>
        <w:rPr>
          <w:rFonts w:asciiTheme="majorHAnsi" w:hAnsiTheme="majorHAnsi" w:cstheme="majorHAnsi"/>
          <w:b/>
          <w:bCs/>
          <w:sz w:val="24"/>
          <w:szCs w:val="24"/>
          <w:lang w:val="en-GB"/>
        </w:rPr>
      </w:pPr>
      <w:r w:rsidRPr="00920977">
        <w:rPr>
          <w:rFonts w:ascii="Segoe UI Emoji" w:hAnsi="Segoe UI Emoji" w:cs="Segoe UI Emoji"/>
          <w:b/>
          <w:bCs/>
          <w:sz w:val="24"/>
          <w:szCs w:val="24"/>
          <w:lang w:val="en-GB"/>
        </w:rPr>
        <w:t>⏰</w:t>
      </w:r>
      <w:r w:rsidRPr="00920977">
        <w:rPr>
          <w:rFonts w:asciiTheme="majorHAnsi" w:hAnsiTheme="majorHAnsi" w:cstheme="majorHAnsi"/>
          <w:b/>
          <w:bCs/>
          <w:sz w:val="24"/>
          <w:szCs w:val="24"/>
          <w:lang w:val="en-GB"/>
        </w:rPr>
        <w:t xml:space="preserve"> Making the Most of Your Appointment</w:t>
      </w:r>
    </w:p>
    <w:p w14:paraId="234A9F76"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If you have more than one health concern to discuss, you may need to book more than one appointment.</w:t>
      </w:r>
    </w:p>
    <w:p w14:paraId="00D43588"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GP appointments are limited in time and clinicians must also complete records, referrals, prescriptions, letters and test requests during each consultation.</w:t>
      </w:r>
    </w:p>
    <w:p w14:paraId="2232D280" w14:textId="77777777" w:rsidR="00316BD8" w:rsidRDefault="00316BD8" w:rsidP="00920977">
      <w:pPr>
        <w:rPr>
          <w:rFonts w:ascii="Segoe UI Emoji" w:hAnsi="Segoe UI Emoji" w:cs="Segoe UI Emoji"/>
          <w:b/>
          <w:bCs/>
          <w:sz w:val="24"/>
          <w:szCs w:val="24"/>
          <w:lang w:val="en-GB"/>
        </w:rPr>
      </w:pPr>
    </w:p>
    <w:p w14:paraId="11870EEA" w14:textId="1CDE9625" w:rsidR="00920977" w:rsidRPr="00920977" w:rsidRDefault="00920977" w:rsidP="00920977">
      <w:pPr>
        <w:rPr>
          <w:rFonts w:asciiTheme="majorHAnsi" w:hAnsiTheme="majorHAnsi" w:cstheme="majorHAnsi"/>
          <w:b/>
          <w:bCs/>
          <w:sz w:val="24"/>
          <w:szCs w:val="24"/>
          <w:lang w:val="en-GB"/>
        </w:rPr>
      </w:pPr>
      <w:r w:rsidRPr="00920977">
        <w:rPr>
          <w:rFonts w:ascii="Segoe UI Emoji" w:hAnsi="Segoe UI Emoji" w:cs="Segoe UI Emoji"/>
          <w:b/>
          <w:bCs/>
          <w:sz w:val="24"/>
          <w:szCs w:val="24"/>
          <w:lang w:val="en-GB"/>
        </w:rPr>
        <w:t>👍</w:t>
      </w:r>
      <w:r w:rsidRPr="00920977">
        <w:rPr>
          <w:rFonts w:asciiTheme="majorHAnsi" w:hAnsiTheme="majorHAnsi" w:cstheme="majorHAnsi"/>
          <w:b/>
          <w:bCs/>
          <w:sz w:val="24"/>
          <w:szCs w:val="24"/>
          <w:lang w:val="en-GB"/>
        </w:rPr>
        <w:t xml:space="preserve"> Stay Connected</w:t>
      </w:r>
    </w:p>
    <w:p w14:paraId="0553E042"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Follow us on Facebook to keep up to date with:</w:t>
      </w:r>
    </w:p>
    <w:p w14:paraId="7DCEEEC2" w14:textId="77777777" w:rsidR="00920977" w:rsidRPr="00920977" w:rsidRDefault="00920977" w:rsidP="00920977">
      <w:pPr>
        <w:numPr>
          <w:ilvl w:val="0"/>
          <w:numId w:val="18"/>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Practice news </w:t>
      </w:r>
    </w:p>
    <w:p w14:paraId="06AA7DD1" w14:textId="77777777" w:rsidR="00920977" w:rsidRPr="00920977" w:rsidRDefault="00920977" w:rsidP="00920977">
      <w:pPr>
        <w:numPr>
          <w:ilvl w:val="0"/>
          <w:numId w:val="18"/>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Service updates </w:t>
      </w:r>
    </w:p>
    <w:p w14:paraId="55A97FC9" w14:textId="77777777" w:rsidR="00920977" w:rsidRPr="00920977" w:rsidRDefault="00920977" w:rsidP="00920977">
      <w:pPr>
        <w:numPr>
          <w:ilvl w:val="0"/>
          <w:numId w:val="18"/>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Health campaigns </w:t>
      </w:r>
    </w:p>
    <w:p w14:paraId="124CD617" w14:textId="29E01226" w:rsidR="00316BD8" w:rsidRPr="00920977" w:rsidRDefault="00920977" w:rsidP="00D236C8">
      <w:pPr>
        <w:numPr>
          <w:ilvl w:val="0"/>
          <w:numId w:val="18"/>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Important announcements </w:t>
      </w:r>
    </w:p>
    <w:p w14:paraId="3EB080E6" w14:textId="77777777" w:rsidR="00316BD8" w:rsidRDefault="00316BD8" w:rsidP="00920977">
      <w:pPr>
        <w:rPr>
          <w:rFonts w:ascii="Segoe UI Emoji" w:hAnsi="Segoe UI Emoji" w:cs="Segoe UI Emoji"/>
          <w:b/>
          <w:bCs/>
          <w:sz w:val="24"/>
          <w:szCs w:val="24"/>
          <w:lang w:val="en-GB"/>
        </w:rPr>
      </w:pPr>
    </w:p>
    <w:p w14:paraId="30CA8AA8" w14:textId="12C22FCD" w:rsidR="00920977" w:rsidRPr="00920977" w:rsidRDefault="00920977" w:rsidP="00920977">
      <w:pPr>
        <w:rPr>
          <w:rFonts w:asciiTheme="majorHAnsi" w:hAnsiTheme="majorHAnsi" w:cstheme="majorHAnsi"/>
          <w:b/>
          <w:bCs/>
          <w:sz w:val="24"/>
          <w:szCs w:val="24"/>
          <w:lang w:val="en-GB"/>
        </w:rPr>
      </w:pPr>
      <w:r w:rsidRPr="00920977">
        <w:rPr>
          <w:rFonts w:ascii="Segoe UI Emoji" w:hAnsi="Segoe UI Emoji" w:cs="Segoe UI Emoji"/>
          <w:b/>
          <w:bCs/>
          <w:sz w:val="24"/>
          <w:szCs w:val="24"/>
          <w:lang w:val="en-GB"/>
        </w:rPr>
        <w:t>📲</w:t>
      </w:r>
      <w:r w:rsidRPr="00920977">
        <w:rPr>
          <w:rFonts w:asciiTheme="majorHAnsi" w:hAnsiTheme="majorHAnsi" w:cstheme="majorHAnsi"/>
          <w:b/>
          <w:bCs/>
          <w:sz w:val="24"/>
          <w:szCs w:val="24"/>
          <w:lang w:val="en-GB"/>
        </w:rPr>
        <w:t xml:space="preserve"> NHS App Messaging</w:t>
      </w:r>
    </w:p>
    <w:p w14:paraId="65360F65" w14:textId="60318905" w:rsidR="00920977" w:rsidRPr="00920977" w:rsidRDefault="00920977" w:rsidP="00920977">
      <w:pPr>
        <w:rPr>
          <w:rFonts w:asciiTheme="majorHAnsi" w:hAnsiTheme="majorHAnsi" w:cstheme="majorHAnsi"/>
          <w:sz w:val="24"/>
          <w:szCs w:val="24"/>
          <w:lang w:val="en-GB"/>
        </w:rPr>
      </w:pPr>
      <w:r>
        <w:rPr>
          <w:rFonts w:asciiTheme="majorHAnsi" w:hAnsiTheme="majorHAnsi" w:cstheme="majorHAnsi"/>
          <w:sz w:val="24"/>
          <w:szCs w:val="24"/>
          <w:lang w:val="en-GB"/>
        </w:rPr>
        <w:t>Fro</w:t>
      </w:r>
      <w:r w:rsidR="00332A63">
        <w:rPr>
          <w:rFonts w:asciiTheme="majorHAnsi" w:hAnsiTheme="majorHAnsi" w:cstheme="majorHAnsi"/>
          <w:sz w:val="24"/>
          <w:szCs w:val="24"/>
          <w:lang w:val="en-GB"/>
        </w:rPr>
        <w:t>m</w:t>
      </w:r>
      <w:r>
        <w:rPr>
          <w:rFonts w:asciiTheme="majorHAnsi" w:hAnsiTheme="majorHAnsi" w:cstheme="majorHAnsi"/>
          <w:sz w:val="24"/>
          <w:szCs w:val="24"/>
          <w:lang w:val="en-GB"/>
        </w:rPr>
        <w:t xml:space="preserve"> April the number of text messages the practice was allocated free of charge has been capped, which means our costs are set to rise.</w:t>
      </w:r>
      <w:r w:rsidRPr="00920977">
        <w:rPr>
          <w:rFonts w:asciiTheme="majorHAnsi" w:hAnsiTheme="majorHAnsi" w:cstheme="majorHAnsi"/>
          <w:sz w:val="24"/>
          <w:szCs w:val="24"/>
          <w:lang w:val="en-GB"/>
        </w:rPr>
        <w:t xml:space="preserve"> we are encouraging patients to use the </w:t>
      </w:r>
      <w:r w:rsidRPr="00920977">
        <w:rPr>
          <w:rFonts w:asciiTheme="majorHAnsi" w:hAnsiTheme="majorHAnsi" w:cstheme="majorHAnsi"/>
          <w:b/>
          <w:bCs/>
          <w:sz w:val="24"/>
          <w:szCs w:val="24"/>
          <w:lang w:val="en-GB"/>
        </w:rPr>
        <w:t>NHS App</w:t>
      </w:r>
      <w:r w:rsidRPr="00920977">
        <w:rPr>
          <w:rFonts w:asciiTheme="majorHAnsi" w:hAnsiTheme="majorHAnsi" w:cstheme="majorHAnsi"/>
          <w:sz w:val="24"/>
          <w:szCs w:val="24"/>
          <w:lang w:val="en-GB"/>
        </w:rPr>
        <w:t>.</w:t>
      </w:r>
    </w:p>
    <w:p w14:paraId="65F97E4A"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If you have the NHS App installed and notifications switched on, messages from the surgery will be sent directly to your app rather than by SMS.</w:t>
      </w:r>
    </w:p>
    <w:p w14:paraId="059561D4" w14:textId="77777777" w:rsidR="00316BD8" w:rsidRDefault="00316BD8" w:rsidP="00920977">
      <w:pPr>
        <w:rPr>
          <w:rFonts w:asciiTheme="majorHAnsi" w:hAnsiTheme="majorHAnsi" w:cstheme="majorHAnsi"/>
          <w:b/>
          <w:bCs/>
          <w:sz w:val="24"/>
          <w:szCs w:val="24"/>
          <w:lang w:val="en-GB"/>
        </w:rPr>
      </w:pPr>
    </w:p>
    <w:p w14:paraId="2F6ECC9A" w14:textId="5A88BB89" w:rsidR="00920977" w:rsidRPr="00920977" w:rsidRDefault="00920977" w:rsidP="00920977">
      <w:pPr>
        <w:rPr>
          <w:rFonts w:asciiTheme="majorHAnsi" w:hAnsiTheme="majorHAnsi" w:cstheme="majorHAnsi"/>
          <w:b/>
          <w:bCs/>
          <w:sz w:val="24"/>
          <w:szCs w:val="24"/>
          <w:lang w:val="en-GB"/>
        </w:rPr>
      </w:pPr>
      <w:r w:rsidRPr="00920977">
        <w:rPr>
          <w:rFonts w:asciiTheme="majorHAnsi" w:hAnsiTheme="majorHAnsi" w:cstheme="majorHAnsi"/>
          <w:b/>
          <w:bCs/>
          <w:sz w:val="24"/>
          <w:szCs w:val="24"/>
          <w:lang w:val="en-GB"/>
        </w:rPr>
        <w:t>Why use the NHS App?</w:t>
      </w:r>
    </w:p>
    <w:p w14:paraId="48AC031E" w14:textId="77777777" w:rsidR="00920977" w:rsidRPr="00920977" w:rsidRDefault="00920977" w:rsidP="00920977">
      <w:pPr>
        <w:rPr>
          <w:rFonts w:asciiTheme="majorHAnsi" w:hAnsiTheme="majorHAnsi" w:cstheme="majorHAnsi"/>
          <w:sz w:val="24"/>
          <w:szCs w:val="24"/>
          <w:lang w:val="en-GB"/>
        </w:rPr>
      </w:pP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View and order repeat prescriptions</w:t>
      </w:r>
      <w:r w:rsidRPr="00920977">
        <w:rPr>
          <w:rFonts w:asciiTheme="majorHAnsi" w:hAnsiTheme="majorHAnsi" w:cstheme="majorHAnsi"/>
          <w:sz w:val="24"/>
          <w:szCs w:val="24"/>
          <w:lang w:val="en-GB"/>
        </w:rPr>
        <w:br/>
      </w: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Access your medical record</w:t>
      </w:r>
      <w:r w:rsidRPr="00920977">
        <w:rPr>
          <w:rFonts w:asciiTheme="majorHAnsi" w:hAnsiTheme="majorHAnsi" w:cstheme="majorHAnsi"/>
          <w:sz w:val="24"/>
          <w:szCs w:val="24"/>
          <w:lang w:val="en-GB"/>
        </w:rPr>
        <w:br/>
      </w: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View test results</w:t>
      </w:r>
      <w:r w:rsidRPr="00920977">
        <w:rPr>
          <w:rFonts w:asciiTheme="majorHAnsi" w:hAnsiTheme="majorHAnsi" w:cstheme="majorHAnsi"/>
          <w:sz w:val="24"/>
          <w:szCs w:val="24"/>
          <w:lang w:val="en-GB"/>
        </w:rPr>
        <w:br/>
      </w: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Manage appointments</w:t>
      </w:r>
      <w:r w:rsidRPr="00920977">
        <w:rPr>
          <w:rFonts w:asciiTheme="majorHAnsi" w:hAnsiTheme="majorHAnsi" w:cstheme="majorHAnsi"/>
          <w:sz w:val="24"/>
          <w:szCs w:val="24"/>
          <w:lang w:val="en-GB"/>
        </w:rPr>
        <w:br/>
      </w:r>
      <w:r w:rsidRPr="00920977">
        <w:rPr>
          <w:rFonts w:ascii="Segoe UI Emoji" w:hAnsi="Segoe UI Emoji" w:cs="Segoe UI Emoji"/>
          <w:sz w:val="24"/>
          <w:szCs w:val="24"/>
          <w:lang w:val="en-GB"/>
        </w:rPr>
        <w:t>✅</w:t>
      </w:r>
      <w:r w:rsidRPr="00920977">
        <w:rPr>
          <w:rFonts w:asciiTheme="majorHAnsi" w:hAnsiTheme="majorHAnsi" w:cstheme="majorHAnsi"/>
          <w:sz w:val="24"/>
          <w:szCs w:val="24"/>
          <w:lang w:val="en-GB"/>
        </w:rPr>
        <w:t xml:space="preserve"> Receive messages from the surgery securely</w:t>
      </w:r>
    </w:p>
    <w:p w14:paraId="2C09EF89" w14:textId="77777777" w:rsidR="00316BD8" w:rsidRDefault="00316BD8" w:rsidP="00920977">
      <w:pPr>
        <w:rPr>
          <w:rFonts w:asciiTheme="majorHAnsi" w:hAnsiTheme="majorHAnsi" w:cstheme="majorHAnsi"/>
          <w:b/>
          <w:bCs/>
          <w:sz w:val="24"/>
          <w:szCs w:val="24"/>
          <w:lang w:val="en-GB"/>
        </w:rPr>
      </w:pPr>
    </w:p>
    <w:p w14:paraId="0A006134" w14:textId="7FB05DC3"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b/>
          <w:bCs/>
          <w:sz w:val="24"/>
          <w:szCs w:val="24"/>
          <w:lang w:val="en-GB"/>
        </w:rPr>
        <w:t xml:space="preserve">Over </w:t>
      </w:r>
      <w:r w:rsidR="00316BD8">
        <w:rPr>
          <w:rFonts w:asciiTheme="majorHAnsi" w:hAnsiTheme="majorHAnsi" w:cstheme="majorHAnsi"/>
          <w:b/>
          <w:bCs/>
          <w:sz w:val="24"/>
          <w:szCs w:val="24"/>
          <w:lang w:val="en-GB"/>
        </w:rPr>
        <w:t>68%</w:t>
      </w:r>
      <w:r w:rsidRPr="00920977">
        <w:rPr>
          <w:rFonts w:asciiTheme="majorHAnsi" w:hAnsiTheme="majorHAnsi" w:cstheme="majorHAnsi"/>
          <w:b/>
          <w:bCs/>
          <w:sz w:val="24"/>
          <w:szCs w:val="24"/>
          <w:lang w:val="en-GB"/>
        </w:rPr>
        <w:t xml:space="preserve"> of our adult patients are now registered with the NHS App.</w:t>
      </w:r>
    </w:p>
    <w:p w14:paraId="4B9DD06C"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To enable notifications:</w:t>
      </w:r>
    </w:p>
    <w:p w14:paraId="0051927C" w14:textId="77777777" w:rsidR="00920977" w:rsidRPr="00920977" w:rsidRDefault="00920977" w:rsidP="00920977">
      <w:pPr>
        <w:numPr>
          <w:ilvl w:val="0"/>
          <w:numId w:val="19"/>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Open the NHS App </w:t>
      </w:r>
    </w:p>
    <w:p w14:paraId="546D4AF4" w14:textId="77777777" w:rsidR="00920977" w:rsidRPr="00920977" w:rsidRDefault="00920977" w:rsidP="00920977">
      <w:pPr>
        <w:numPr>
          <w:ilvl w:val="0"/>
          <w:numId w:val="19"/>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Go to </w:t>
      </w:r>
      <w:r w:rsidRPr="00920977">
        <w:rPr>
          <w:rFonts w:asciiTheme="majorHAnsi" w:hAnsiTheme="majorHAnsi" w:cstheme="majorHAnsi"/>
          <w:b/>
          <w:bCs/>
          <w:sz w:val="24"/>
          <w:szCs w:val="24"/>
          <w:lang w:val="en-GB"/>
        </w:rPr>
        <w:t>Account</w:t>
      </w:r>
      <w:r w:rsidRPr="00920977">
        <w:rPr>
          <w:rFonts w:asciiTheme="majorHAnsi" w:hAnsiTheme="majorHAnsi" w:cstheme="majorHAnsi"/>
          <w:sz w:val="24"/>
          <w:szCs w:val="24"/>
          <w:lang w:val="en-GB"/>
        </w:rPr>
        <w:t xml:space="preserve"> </w:t>
      </w:r>
    </w:p>
    <w:p w14:paraId="7FE15D69" w14:textId="77777777" w:rsidR="00920977" w:rsidRPr="00920977" w:rsidRDefault="00920977" w:rsidP="00920977">
      <w:pPr>
        <w:numPr>
          <w:ilvl w:val="0"/>
          <w:numId w:val="19"/>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Select </w:t>
      </w:r>
      <w:r w:rsidRPr="00920977">
        <w:rPr>
          <w:rFonts w:asciiTheme="majorHAnsi" w:hAnsiTheme="majorHAnsi" w:cstheme="majorHAnsi"/>
          <w:b/>
          <w:bCs/>
          <w:sz w:val="24"/>
          <w:szCs w:val="24"/>
          <w:lang w:val="en-GB"/>
        </w:rPr>
        <w:t>Settings</w:t>
      </w:r>
      <w:r w:rsidRPr="00920977">
        <w:rPr>
          <w:rFonts w:asciiTheme="majorHAnsi" w:hAnsiTheme="majorHAnsi" w:cstheme="majorHAnsi"/>
          <w:sz w:val="24"/>
          <w:szCs w:val="24"/>
          <w:lang w:val="en-GB"/>
        </w:rPr>
        <w:t xml:space="preserve"> </w:t>
      </w:r>
    </w:p>
    <w:p w14:paraId="03C98D85" w14:textId="77777777" w:rsidR="00920977" w:rsidRPr="00920977" w:rsidRDefault="00920977" w:rsidP="00920977">
      <w:pPr>
        <w:numPr>
          <w:ilvl w:val="0"/>
          <w:numId w:val="19"/>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Choose </w:t>
      </w:r>
      <w:r w:rsidRPr="00920977">
        <w:rPr>
          <w:rFonts w:asciiTheme="majorHAnsi" w:hAnsiTheme="majorHAnsi" w:cstheme="majorHAnsi"/>
          <w:b/>
          <w:bCs/>
          <w:sz w:val="24"/>
          <w:szCs w:val="24"/>
          <w:lang w:val="en-GB"/>
        </w:rPr>
        <w:t>Notifications</w:t>
      </w:r>
      <w:r w:rsidRPr="00920977">
        <w:rPr>
          <w:rFonts w:asciiTheme="majorHAnsi" w:hAnsiTheme="majorHAnsi" w:cstheme="majorHAnsi"/>
          <w:sz w:val="24"/>
          <w:szCs w:val="24"/>
          <w:lang w:val="en-GB"/>
        </w:rPr>
        <w:t xml:space="preserve"> </w:t>
      </w:r>
    </w:p>
    <w:p w14:paraId="6646CAE8" w14:textId="77777777" w:rsidR="00920977" w:rsidRPr="00920977" w:rsidRDefault="00920977" w:rsidP="00920977">
      <w:pPr>
        <w:numPr>
          <w:ilvl w:val="0"/>
          <w:numId w:val="19"/>
        </w:numPr>
        <w:rPr>
          <w:rFonts w:asciiTheme="majorHAnsi" w:hAnsiTheme="majorHAnsi" w:cstheme="majorHAnsi"/>
          <w:sz w:val="24"/>
          <w:szCs w:val="24"/>
          <w:lang w:val="en-GB"/>
        </w:rPr>
      </w:pPr>
      <w:r w:rsidRPr="00920977">
        <w:rPr>
          <w:rFonts w:asciiTheme="majorHAnsi" w:hAnsiTheme="majorHAnsi" w:cstheme="majorHAnsi"/>
          <w:sz w:val="24"/>
          <w:szCs w:val="24"/>
          <w:lang w:val="en-GB"/>
        </w:rPr>
        <w:t xml:space="preserve">Ensure notifications are switched on </w:t>
      </w:r>
    </w:p>
    <w:p w14:paraId="44E30AD6" w14:textId="77777777" w:rsidR="00920977" w:rsidRPr="00920977" w:rsidRDefault="00920977" w:rsidP="00920977">
      <w:pPr>
        <w:rPr>
          <w:rFonts w:asciiTheme="majorHAnsi" w:hAnsiTheme="majorHAnsi" w:cstheme="majorHAnsi"/>
          <w:sz w:val="24"/>
          <w:szCs w:val="24"/>
          <w:lang w:val="en-GB"/>
        </w:rPr>
      </w:pPr>
      <w:r w:rsidRPr="00920977">
        <w:rPr>
          <w:rFonts w:asciiTheme="majorHAnsi" w:hAnsiTheme="majorHAnsi" w:cstheme="majorHAnsi"/>
          <w:sz w:val="24"/>
          <w:szCs w:val="24"/>
          <w:lang w:val="en-GB"/>
        </w:rPr>
        <w:t>The NHS App continues to be updated with new features, making it easier than ever to manage your healthcare online.</w:t>
      </w:r>
    </w:p>
    <w:p w14:paraId="55238470" w14:textId="77777777" w:rsidR="00920977" w:rsidRPr="00920977" w:rsidRDefault="00920977" w:rsidP="00920977">
      <w:pPr>
        <w:rPr>
          <w:rFonts w:asciiTheme="majorHAnsi" w:hAnsiTheme="majorHAnsi" w:cstheme="majorHAnsi"/>
          <w:vanish/>
          <w:sz w:val="24"/>
          <w:szCs w:val="24"/>
          <w:lang w:val="en-GB"/>
        </w:rPr>
      </w:pPr>
      <w:r w:rsidRPr="00920977">
        <w:rPr>
          <w:rFonts w:asciiTheme="majorHAnsi" w:hAnsiTheme="majorHAnsi" w:cstheme="majorHAnsi"/>
          <w:vanish/>
          <w:sz w:val="24"/>
          <w:szCs w:val="24"/>
          <w:lang w:val="en-GB"/>
        </w:rPr>
        <w:t>Top of Form</w:t>
      </w:r>
    </w:p>
    <w:p w14:paraId="6086AA88" w14:textId="77777777" w:rsidR="00332A63" w:rsidRDefault="00332A63" w:rsidP="00332A63">
      <w:pPr>
        <w:rPr>
          <w:rFonts w:ascii="Segoe UI Emoji" w:hAnsi="Segoe UI Emoji" w:cs="Segoe UI Emoji"/>
          <w:b/>
          <w:bCs/>
          <w:sz w:val="24"/>
          <w:szCs w:val="24"/>
          <w:lang w:val="en-GB"/>
        </w:rPr>
      </w:pPr>
    </w:p>
    <w:p w14:paraId="18360352" w14:textId="40DFB099" w:rsidR="00332A63" w:rsidRPr="00332A63" w:rsidRDefault="00332A63" w:rsidP="00332A63">
      <w:pPr>
        <w:rPr>
          <w:rFonts w:asciiTheme="majorHAnsi" w:hAnsiTheme="majorHAnsi" w:cstheme="majorHAnsi"/>
          <w:b/>
          <w:bCs/>
          <w:sz w:val="24"/>
          <w:szCs w:val="24"/>
          <w:lang w:val="en-GB"/>
        </w:rPr>
      </w:pPr>
      <w:r w:rsidRPr="00332A63">
        <w:rPr>
          <w:rFonts w:ascii="Segoe UI Emoji" w:hAnsi="Segoe UI Emoji" w:cs="Segoe UI Emoji"/>
          <w:b/>
          <w:bCs/>
          <w:sz w:val="24"/>
          <w:szCs w:val="24"/>
          <w:lang w:val="en-GB"/>
        </w:rPr>
        <w:t>👥</w:t>
      </w:r>
      <w:r w:rsidRPr="00332A63">
        <w:rPr>
          <w:rFonts w:asciiTheme="majorHAnsi" w:hAnsiTheme="majorHAnsi" w:cstheme="majorHAnsi"/>
          <w:b/>
          <w:bCs/>
          <w:sz w:val="24"/>
          <w:szCs w:val="24"/>
          <w:lang w:val="en-GB"/>
        </w:rPr>
        <w:t xml:space="preserve"> Staff News</w:t>
      </w:r>
    </w:p>
    <w:p w14:paraId="6B2A262C"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t>We are delighted to share some updates about our team:</w:t>
      </w:r>
    </w:p>
    <w:p w14:paraId="4B074777" w14:textId="77777777" w:rsidR="00332A63" w:rsidRDefault="00332A63" w:rsidP="00332A63">
      <w:pPr>
        <w:rPr>
          <w:rFonts w:asciiTheme="majorHAnsi" w:hAnsiTheme="majorHAnsi" w:cstheme="majorHAnsi"/>
          <w:b/>
          <w:bCs/>
          <w:sz w:val="24"/>
          <w:szCs w:val="24"/>
          <w:lang w:val="en-GB"/>
        </w:rPr>
      </w:pPr>
      <w:r w:rsidRPr="00332A63">
        <w:rPr>
          <w:rFonts w:asciiTheme="majorHAnsi" w:hAnsiTheme="majorHAnsi" w:cstheme="majorHAnsi"/>
          <w:b/>
          <w:bCs/>
          <w:sz w:val="24"/>
          <w:szCs w:val="24"/>
          <w:lang w:val="en-GB"/>
        </w:rPr>
        <w:t>Welcome &amp; Returning Staff</w:t>
      </w:r>
    </w:p>
    <w:p w14:paraId="734A2779" w14:textId="13B2FCDC" w:rsidR="00332A63" w:rsidRPr="00332A63" w:rsidRDefault="00332A63" w:rsidP="00332A63">
      <w:pPr>
        <w:rPr>
          <w:rFonts w:asciiTheme="majorHAnsi" w:hAnsiTheme="majorHAnsi" w:cstheme="majorHAnsi"/>
          <w:sz w:val="24"/>
          <w:szCs w:val="24"/>
          <w:lang w:val="en-GB"/>
        </w:rPr>
      </w:pPr>
      <w:r w:rsidRPr="00332A63">
        <w:rPr>
          <w:rFonts w:ascii="Segoe UI Emoji" w:hAnsi="Segoe UI Emoji" w:cs="Segoe UI Emoji"/>
          <w:b/>
          <w:bCs/>
          <w:sz w:val="24"/>
          <w:szCs w:val="24"/>
        </w:rPr>
        <w:t>🌟</w:t>
      </w:r>
      <w:r w:rsidRPr="00332A63">
        <w:rPr>
          <w:rFonts w:asciiTheme="majorHAnsi" w:hAnsiTheme="majorHAnsi" w:cstheme="majorHAnsi"/>
          <w:b/>
          <w:bCs/>
          <w:sz w:val="24"/>
          <w:szCs w:val="24"/>
        </w:rPr>
        <w:t xml:space="preserve"> </w:t>
      </w:r>
      <w:r w:rsidRPr="00332A63">
        <w:rPr>
          <w:rFonts w:asciiTheme="majorHAnsi" w:hAnsiTheme="majorHAnsi" w:cstheme="majorHAnsi"/>
          <w:sz w:val="24"/>
          <w:szCs w:val="24"/>
        </w:rPr>
        <w:t>We are also delighted to welcome back our wonderful Care Navigator, Emma, who has returned to the practice. Many of our patients will already know Emma, and we are thrilled to have her back as part of the Orchard Surgery team.</w:t>
      </w:r>
    </w:p>
    <w:p w14:paraId="34C5B14C" w14:textId="77777777" w:rsidR="00332A63" w:rsidRPr="00332A63" w:rsidRDefault="00332A63" w:rsidP="00332A63">
      <w:pPr>
        <w:rPr>
          <w:rFonts w:asciiTheme="majorHAnsi" w:hAnsiTheme="majorHAnsi" w:cstheme="majorHAnsi"/>
          <w:sz w:val="24"/>
          <w:szCs w:val="24"/>
          <w:lang w:val="en-GB"/>
        </w:rPr>
      </w:pPr>
      <w:r w:rsidRPr="00332A63">
        <w:rPr>
          <w:rFonts w:ascii="Segoe UI Emoji" w:hAnsi="Segoe UI Emoji" w:cs="Segoe UI Emoji"/>
          <w:sz w:val="24"/>
          <w:szCs w:val="24"/>
          <w:lang w:val="en-GB"/>
        </w:rPr>
        <w:t>💚</w:t>
      </w:r>
      <w:r w:rsidRPr="00332A63">
        <w:rPr>
          <w:rFonts w:asciiTheme="majorHAnsi" w:hAnsiTheme="majorHAnsi" w:cstheme="majorHAnsi"/>
          <w:sz w:val="24"/>
          <w:szCs w:val="24"/>
          <w:lang w:val="en-GB"/>
        </w:rPr>
        <w:t xml:space="preserve"> </w:t>
      </w:r>
      <w:r w:rsidRPr="00332A63">
        <w:rPr>
          <w:rFonts w:asciiTheme="majorHAnsi" w:hAnsiTheme="majorHAnsi" w:cstheme="majorHAnsi"/>
          <w:b/>
          <w:bCs/>
          <w:sz w:val="24"/>
          <w:szCs w:val="24"/>
          <w:lang w:val="en-GB"/>
        </w:rPr>
        <w:t>Suzanne Saunders</w:t>
      </w:r>
      <w:r w:rsidRPr="00332A63">
        <w:rPr>
          <w:rFonts w:asciiTheme="majorHAnsi" w:hAnsiTheme="majorHAnsi" w:cstheme="majorHAnsi"/>
          <w:sz w:val="24"/>
          <w:szCs w:val="24"/>
          <w:lang w:val="en-GB"/>
        </w:rPr>
        <w:t xml:space="preserve"> joined the team as our </w:t>
      </w:r>
      <w:r w:rsidRPr="00332A63">
        <w:rPr>
          <w:rFonts w:asciiTheme="majorHAnsi" w:hAnsiTheme="majorHAnsi" w:cstheme="majorHAnsi"/>
          <w:b/>
          <w:bCs/>
          <w:sz w:val="24"/>
          <w:szCs w:val="24"/>
          <w:lang w:val="en-GB"/>
        </w:rPr>
        <w:t>Health Coach</w:t>
      </w:r>
      <w:r w:rsidRPr="00332A63">
        <w:rPr>
          <w:rFonts w:asciiTheme="majorHAnsi" w:hAnsiTheme="majorHAnsi" w:cstheme="majorHAnsi"/>
          <w:sz w:val="24"/>
          <w:szCs w:val="24"/>
          <w:lang w:val="en-GB"/>
        </w:rPr>
        <w:t xml:space="preserve"> and runs clinics to support patients with healthy lifestyle changes, wellbeing and fitness goals.</w:t>
      </w:r>
    </w:p>
    <w:p w14:paraId="1F2F6ECD" w14:textId="2130A924" w:rsidR="00332A63" w:rsidRDefault="00332A63" w:rsidP="00332A63">
      <w:pPr>
        <w:rPr>
          <w:rFonts w:asciiTheme="majorHAnsi" w:hAnsiTheme="majorHAnsi" w:cstheme="majorHAnsi"/>
          <w:sz w:val="24"/>
          <w:szCs w:val="24"/>
          <w:lang w:val="en-GB"/>
        </w:rPr>
      </w:pPr>
      <w:r w:rsidRPr="00332A63">
        <w:rPr>
          <w:rFonts w:ascii="Segoe UI Emoji" w:hAnsi="Segoe UI Emoji" w:cs="Segoe UI Emoji"/>
          <w:sz w:val="24"/>
          <w:szCs w:val="24"/>
          <w:lang w:val="en-GB"/>
        </w:rPr>
        <w:t>🩸</w:t>
      </w:r>
      <w:r w:rsidRPr="00332A63">
        <w:rPr>
          <w:rFonts w:asciiTheme="majorHAnsi" w:hAnsiTheme="majorHAnsi" w:cstheme="majorHAnsi"/>
          <w:sz w:val="24"/>
          <w:szCs w:val="24"/>
          <w:lang w:val="en-GB"/>
        </w:rPr>
        <w:t xml:space="preserve"> </w:t>
      </w:r>
      <w:r>
        <w:rPr>
          <w:rFonts w:asciiTheme="majorHAnsi" w:hAnsiTheme="majorHAnsi" w:cstheme="majorHAnsi"/>
          <w:b/>
          <w:bCs/>
          <w:sz w:val="24"/>
          <w:szCs w:val="24"/>
          <w:lang w:val="en-GB"/>
        </w:rPr>
        <w:t>Emma</w:t>
      </w:r>
      <w:r w:rsidRPr="00332A63">
        <w:rPr>
          <w:rFonts w:asciiTheme="majorHAnsi" w:hAnsiTheme="majorHAnsi" w:cstheme="majorHAnsi"/>
          <w:sz w:val="24"/>
          <w:szCs w:val="24"/>
          <w:lang w:val="en-GB"/>
        </w:rPr>
        <w:t xml:space="preserve">, our </w:t>
      </w:r>
      <w:r w:rsidRPr="00332A63">
        <w:rPr>
          <w:rFonts w:asciiTheme="majorHAnsi" w:hAnsiTheme="majorHAnsi" w:cstheme="majorHAnsi"/>
          <w:b/>
          <w:bCs/>
          <w:sz w:val="24"/>
          <w:szCs w:val="24"/>
          <w:lang w:val="en-GB"/>
        </w:rPr>
        <w:t>Phlebotomist</w:t>
      </w:r>
      <w:r w:rsidRPr="00332A63">
        <w:rPr>
          <w:rFonts w:asciiTheme="majorHAnsi" w:hAnsiTheme="majorHAnsi" w:cstheme="majorHAnsi"/>
          <w:sz w:val="24"/>
          <w:szCs w:val="24"/>
          <w:lang w:val="en-GB"/>
        </w:rPr>
        <w:t xml:space="preserve">, is now available for blood test appointments on </w:t>
      </w:r>
      <w:r w:rsidRPr="00332A63">
        <w:rPr>
          <w:rFonts w:asciiTheme="majorHAnsi" w:hAnsiTheme="majorHAnsi" w:cstheme="majorHAnsi"/>
          <w:b/>
          <w:bCs/>
          <w:sz w:val="24"/>
          <w:szCs w:val="24"/>
          <w:lang w:val="en-GB"/>
        </w:rPr>
        <w:t>Monday</w:t>
      </w:r>
      <w:r w:rsidR="000E123A">
        <w:rPr>
          <w:rFonts w:asciiTheme="majorHAnsi" w:hAnsiTheme="majorHAnsi" w:cstheme="majorHAnsi"/>
          <w:b/>
          <w:bCs/>
          <w:sz w:val="24"/>
          <w:szCs w:val="24"/>
          <w:lang w:val="en-GB"/>
        </w:rPr>
        <w:t>, Wednesday</w:t>
      </w:r>
      <w:r w:rsidRPr="00332A63">
        <w:rPr>
          <w:rFonts w:asciiTheme="majorHAnsi" w:hAnsiTheme="majorHAnsi" w:cstheme="majorHAnsi"/>
          <w:b/>
          <w:bCs/>
          <w:sz w:val="24"/>
          <w:szCs w:val="24"/>
          <w:lang w:val="en-GB"/>
        </w:rPr>
        <w:t xml:space="preserve"> and Fridays</w:t>
      </w:r>
      <w:r w:rsidRPr="00332A63">
        <w:rPr>
          <w:rFonts w:asciiTheme="majorHAnsi" w:hAnsiTheme="majorHAnsi" w:cstheme="majorHAnsi"/>
          <w:sz w:val="24"/>
          <w:szCs w:val="24"/>
          <w:lang w:val="en-GB"/>
        </w:rPr>
        <w:t>.</w:t>
      </w:r>
    </w:p>
    <w:p w14:paraId="383AC8D7" w14:textId="46D13E88" w:rsidR="000E123A" w:rsidRPr="00332A63" w:rsidRDefault="000E123A" w:rsidP="00332A63">
      <w:pPr>
        <w:rPr>
          <w:rFonts w:asciiTheme="majorHAnsi" w:hAnsiTheme="majorHAnsi" w:cstheme="majorHAnsi"/>
          <w:sz w:val="24"/>
          <w:szCs w:val="24"/>
          <w:lang w:val="en-GB"/>
        </w:rPr>
      </w:pPr>
      <w:r w:rsidRPr="000E123A">
        <w:rPr>
          <w:rFonts w:ascii="Segoe UI Emoji" w:hAnsi="Segoe UI Emoji" w:cs="Segoe UI Emoji"/>
          <w:sz w:val="24"/>
          <w:szCs w:val="24"/>
        </w:rPr>
        <w:t>👨</w:t>
      </w:r>
      <w:r w:rsidRPr="000E123A">
        <w:rPr>
          <w:rFonts w:asciiTheme="majorHAnsi" w:hAnsiTheme="majorHAnsi" w:cstheme="majorHAnsi"/>
          <w:sz w:val="24"/>
          <w:szCs w:val="24"/>
        </w:rPr>
        <w:t>‍</w:t>
      </w:r>
      <w:r w:rsidRPr="000E123A">
        <w:rPr>
          <w:rFonts w:ascii="Segoe UI Emoji" w:hAnsi="Segoe UI Emoji" w:cs="Segoe UI Emoji"/>
          <w:sz w:val="24"/>
          <w:szCs w:val="24"/>
        </w:rPr>
        <w:t>⚕️</w:t>
      </w:r>
      <w:r w:rsidRPr="000E123A">
        <w:rPr>
          <w:rFonts w:asciiTheme="majorHAnsi" w:hAnsiTheme="majorHAnsi" w:cstheme="majorHAnsi"/>
          <w:sz w:val="24"/>
          <w:szCs w:val="24"/>
        </w:rPr>
        <w:t xml:space="preserve"> </w:t>
      </w:r>
      <w:r>
        <w:rPr>
          <w:rFonts w:asciiTheme="majorHAnsi" w:hAnsiTheme="majorHAnsi" w:cstheme="majorHAnsi"/>
          <w:b/>
          <w:bCs/>
          <w:sz w:val="24"/>
          <w:szCs w:val="24"/>
        </w:rPr>
        <w:t xml:space="preserve">Advanced Nurse Practitioner </w:t>
      </w:r>
      <w:r w:rsidRPr="00316BD8">
        <w:rPr>
          <w:rFonts w:asciiTheme="majorHAnsi" w:hAnsiTheme="majorHAnsi" w:cstheme="majorHAnsi"/>
          <w:b/>
          <w:bCs/>
          <w:sz w:val="24"/>
          <w:szCs w:val="24"/>
        </w:rPr>
        <w:t>Lisa</w:t>
      </w:r>
      <w:r w:rsidRPr="000E123A">
        <w:rPr>
          <w:rFonts w:asciiTheme="majorHAnsi" w:hAnsiTheme="majorHAnsi" w:cstheme="majorHAnsi"/>
          <w:sz w:val="24"/>
          <w:szCs w:val="24"/>
        </w:rPr>
        <w:t xml:space="preserve"> has joined the practice and will be</w:t>
      </w:r>
      <w:r>
        <w:rPr>
          <w:rFonts w:asciiTheme="majorHAnsi" w:hAnsiTheme="majorHAnsi" w:cstheme="majorHAnsi"/>
          <w:sz w:val="24"/>
          <w:szCs w:val="24"/>
        </w:rPr>
        <w:t xml:space="preserve"> providing a home visiting service</w:t>
      </w:r>
      <w:r w:rsidR="00460EE8">
        <w:rPr>
          <w:rFonts w:asciiTheme="majorHAnsi" w:hAnsiTheme="majorHAnsi" w:cstheme="majorHAnsi"/>
          <w:sz w:val="24"/>
          <w:szCs w:val="24"/>
        </w:rPr>
        <w:t xml:space="preserve"> &amp; some face to face appointments.</w:t>
      </w:r>
      <w:r>
        <w:rPr>
          <w:rFonts w:asciiTheme="majorHAnsi" w:hAnsiTheme="majorHAnsi" w:cstheme="majorHAnsi"/>
          <w:sz w:val="24"/>
          <w:szCs w:val="24"/>
        </w:rPr>
        <w:t xml:space="preserve"> </w:t>
      </w:r>
    </w:p>
    <w:p w14:paraId="79BA7F2B" w14:textId="77777777" w:rsidR="00332A63" w:rsidRDefault="00332A63" w:rsidP="00332A63">
      <w:pPr>
        <w:rPr>
          <w:rFonts w:asciiTheme="majorHAnsi" w:hAnsiTheme="majorHAnsi" w:cstheme="majorHAnsi"/>
          <w:sz w:val="24"/>
          <w:szCs w:val="24"/>
          <w:lang w:val="en-GB"/>
        </w:rPr>
      </w:pPr>
      <w:r w:rsidRPr="00332A63">
        <w:rPr>
          <w:rFonts w:ascii="Segoe UI Emoji" w:hAnsi="Segoe UI Emoji" w:cs="Segoe UI Emoji"/>
          <w:sz w:val="24"/>
          <w:szCs w:val="24"/>
          <w:lang w:val="en-GB"/>
        </w:rPr>
        <w:lastRenderedPageBreak/>
        <w:t>🧠</w:t>
      </w:r>
      <w:r w:rsidRPr="00332A63">
        <w:rPr>
          <w:rFonts w:asciiTheme="majorHAnsi" w:hAnsiTheme="majorHAnsi" w:cstheme="majorHAnsi"/>
          <w:sz w:val="24"/>
          <w:szCs w:val="24"/>
          <w:lang w:val="en-GB"/>
        </w:rPr>
        <w:t xml:space="preserve"> </w:t>
      </w:r>
      <w:r w:rsidRPr="00332A63">
        <w:rPr>
          <w:rFonts w:asciiTheme="majorHAnsi" w:hAnsiTheme="majorHAnsi" w:cstheme="majorHAnsi"/>
          <w:b/>
          <w:bCs/>
          <w:sz w:val="24"/>
          <w:szCs w:val="24"/>
          <w:lang w:val="en-GB"/>
        </w:rPr>
        <w:t>Alex Easton</w:t>
      </w:r>
      <w:r w:rsidRPr="00332A63">
        <w:rPr>
          <w:rFonts w:asciiTheme="majorHAnsi" w:hAnsiTheme="majorHAnsi" w:cstheme="majorHAnsi"/>
          <w:sz w:val="24"/>
          <w:szCs w:val="24"/>
          <w:lang w:val="en-GB"/>
        </w:rPr>
        <w:t xml:space="preserve">, our </w:t>
      </w:r>
      <w:r w:rsidRPr="00332A63">
        <w:rPr>
          <w:rFonts w:asciiTheme="majorHAnsi" w:hAnsiTheme="majorHAnsi" w:cstheme="majorHAnsi"/>
          <w:b/>
          <w:bCs/>
          <w:sz w:val="24"/>
          <w:szCs w:val="24"/>
          <w:lang w:val="en-GB"/>
        </w:rPr>
        <w:t>Child and Young People's Mental Health Practitioner</w:t>
      </w:r>
      <w:r w:rsidRPr="00332A63">
        <w:rPr>
          <w:rFonts w:asciiTheme="majorHAnsi" w:hAnsiTheme="majorHAnsi" w:cstheme="majorHAnsi"/>
          <w:sz w:val="24"/>
          <w:szCs w:val="24"/>
          <w:lang w:val="en-GB"/>
        </w:rPr>
        <w:t>, has joined the team. Alex supports children and young people experiencing emotional wellbeing and mental health difficulties and helps families access the most appropriate support.</w:t>
      </w:r>
    </w:p>
    <w:p w14:paraId="3FC96470" w14:textId="77777777" w:rsidR="00A7639C" w:rsidRPr="00A7639C" w:rsidRDefault="00A7639C" w:rsidP="00A7639C">
      <w:pPr>
        <w:rPr>
          <w:rFonts w:asciiTheme="majorHAnsi" w:hAnsiTheme="majorHAnsi" w:cstheme="majorHAnsi"/>
          <w:b/>
          <w:bCs/>
          <w:sz w:val="24"/>
          <w:szCs w:val="24"/>
          <w:lang w:val="en-GB"/>
        </w:rPr>
      </w:pPr>
      <w:r w:rsidRPr="00A7639C">
        <w:rPr>
          <w:rFonts w:asciiTheme="majorHAnsi" w:hAnsiTheme="majorHAnsi" w:cstheme="majorHAnsi"/>
          <w:b/>
          <w:bCs/>
          <w:sz w:val="24"/>
          <w:szCs w:val="24"/>
          <w:lang w:val="en-GB"/>
        </w:rPr>
        <w:t>Farewell &amp; Best Wishes</w:t>
      </w:r>
    </w:p>
    <w:p w14:paraId="2C1EEF8F" w14:textId="77777777" w:rsidR="00A7639C" w:rsidRPr="00A7639C" w:rsidRDefault="00A7639C" w:rsidP="00A7639C">
      <w:pPr>
        <w:rPr>
          <w:rFonts w:asciiTheme="majorHAnsi" w:hAnsiTheme="majorHAnsi" w:cstheme="majorHAnsi"/>
          <w:sz w:val="24"/>
          <w:szCs w:val="24"/>
          <w:lang w:val="en-GB"/>
        </w:rPr>
      </w:pPr>
      <w:r w:rsidRPr="00A7639C">
        <w:rPr>
          <w:rFonts w:ascii="Segoe UI Emoji" w:hAnsi="Segoe UI Emoji" w:cs="Segoe UI Emoji"/>
          <w:sz w:val="24"/>
          <w:szCs w:val="24"/>
          <w:lang w:val="en-GB"/>
        </w:rPr>
        <w:t>💐</w:t>
      </w:r>
      <w:r w:rsidRPr="00A7639C">
        <w:rPr>
          <w:rFonts w:asciiTheme="majorHAnsi" w:hAnsiTheme="majorHAnsi" w:cstheme="majorHAnsi"/>
          <w:sz w:val="24"/>
          <w:szCs w:val="24"/>
          <w:lang w:val="en-GB"/>
        </w:rPr>
        <w:t xml:space="preserve"> Sadly, our Practice Nurse </w:t>
      </w:r>
      <w:r w:rsidRPr="00A7639C">
        <w:rPr>
          <w:rFonts w:asciiTheme="majorHAnsi" w:hAnsiTheme="majorHAnsi" w:cstheme="majorHAnsi"/>
          <w:b/>
          <w:bCs/>
          <w:sz w:val="24"/>
          <w:szCs w:val="24"/>
          <w:lang w:val="en-GB"/>
        </w:rPr>
        <w:t>Jenny</w:t>
      </w:r>
      <w:r w:rsidRPr="00A7639C">
        <w:rPr>
          <w:rFonts w:asciiTheme="majorHAnsi" w:hAnsiTheme="majorHAnsi" w:cstheme="majorHAnsi"/>
          <w:sz w:val="24"/>
          <w:szCs w:val="24"/>
          <w:lang w:val="en-GB"/>
        </w:rPr>
        <w:t xml:space="preserve"> will be leaving Orchard Surgery on </w:t>
      </w:r>
      <w:r w:rsidRPr="00A7639C">
        <w:rPr>
          <w:rFonts w:asciiTheme="majorHAnsi" w:hAnsiTheme="majorHAnsi" w:cstheme="majorHAnsi"/>
          <w:b/>
          <w:bCs/>
          <w:sz w:val="24"/>
          <w:szCs w:val="24"/>
          <w:lang w:val="en-GB"/>
        </w:rPr>
        <w:t>16th July 2026</w:t>
      </w:r>
      <w:r w:rsidRPr="00A7639C">
        <w:rPr>
          <w:rFonts w:asciiTheme="majorHAnsi" w:hAnsiTheme="majorHAnsi" w:cstheme="majorHAnsi"/>
          <w:sz w:val="24"/>
          <w:szCs w:val="24"/>
          <w:lang w:val="en-GB"/>
        </w:rPr>
        <w:t>.</w:t>
      </w:r>
    </w:p>
    <w:p w14:paraId="39D916BE" w14:textId="77777777" w:rsidR="00A7639C" w:rsidRPr="00A7639C" w:rsidRDefault="00A7639C" w:rsidP="00A7639C">
      <w:pPr>
        <w:rPr>
          <w:rFonts w:asciiTheme="majorHAnsi" w:hAnsiTheme="majorHAnsi" w:cstheme="majorHAnsi"/>
          <w:sz w:val="24"/>
          <w:szCs w:val="24"/>
          <w:lang w:val="en-GB"/>
        </w:rPr>
      </w:pPr>
      <w:r w:rsidRPr="00A7639C">
        <w:rPr>
          <w:rFonts w:asciiTheme="majorHAnsi" w:hAnsiTheme="majorHAnsi" w:cstheme="majorHAnsi"/>
          <w:sz w:val="24"/>
          <w:szCs w:val="24"/>
          <w:lang w:val="en-GB"/>
        </w:rPr>
        <w:t>Jenny has been a valued member of our team and has provided excellent care and support to many of our patients during her time with us. We would like to thank her for her hard work, dedication and commitment to the practice, and we wish her every success and happiness for the future.</w:t>
      </w:r>
    </w:p>
    <w:p w14:paraId="584A5009" w14:textId="77777777" w:rsidR="00A7639C" w:rsidRPr="00A7639C" w:rsidRDefault="00A7639C" w:rsidP="00A7639C">
      <w:pPr>
        <w:rPr>
          <w:rFonts w:asciiTheme="majorHAnsi" w:hAnsiTheme="majorHAnsi" w:cstheme="majorHAnsi"/>
          <w:sz w:val="24"/>
          <w:szCs w:val="24"/>
          <w:lang w:val="en-GB"/>
        </w:rPr>
      </w:pPr>
      <w:r w:rsidRPr="00A7639C">
        <w:rPr>
          <w:rFonts w:asciiTheme="majorHAnsi" w:hAnsiTheme="majorHAnsi" w:cstheme="majorHAnsi"/>
          <w:sz w:val="24"/>
          <w:szCs w:val="24"/>
          <w:lang w:val="en-GB"/>
        </w:rPr>
        <w:t>We are sure many patients will join us in wishing Jenny all the very best in her next chapter.</w:t>
      </w:r>
    </w:p>
    <w:p w14:paraId="02AD8684" w14:textId="3AB3B447" w:rsidR="00332A63" w:rsidRPr="00332A63" w:rsidRDefault="00332A63" w:rsidP="00332A63">
      <w:pPr>
        <w:rPr>
          <w:rFonts w:asciiTheme="majorHAnsi" w:hAnsiTheme="majorHAnsi" w:cstheme="majorHAnsi"/>
          <w:sz w:val="24"/>
          <w:szCs w:val="24"/>
          <w:lang w:val="en-GB"/>
        </w:rPr>
      </w:pPr>
    </w:p>
    <w:p w14:paraId="560E2D06" w14:textId="77777777" w:rsidR="00332A63" w:rsidRPr="00332A63" w:rsidRDefault="00332A63" w:rsidP="00332A63">
      <w:pPr>
        <w:rPr>
          <w:rFonts w:asciiTheme="majorHAnsi" w:hAnsiTheme="majorHAnsi" w:cstheme="majorHAnsi"/>
          <w:b/>
          <w:bCs/>
          <w:sz w:val="24"/>
          <w:szCs w:val="24"/>
          <w:lang w:val="en-GB"/>
        </w:rPr>
      </w:pPr>
      <w:r w:rsidRPr="00332A63">
        <w:rPr>
          <w:rFonts w:ascii="Segoe UI Emoji" w:hAnsi="Segoe UI Emoji" w:cs="Segoe UI Emoji"/>
          <w:b/>
          <w:bCs/>
          <w:sz w:val="24"/>
          <w:szCs w:val="24"/>
          <w:lang w:val="en-GB"/>
        </w:rPr>
        <w:t>📅</w:t>
      </w:r>
      <w:r w:rsidRPr="00332A63">
        <w:rPr>
          <w:rFonts w:asciiTheme="majorHAnsi" w:hAnsiTheme="majorHAnsi" w:cstheme="majorHAnsi"/>
          <w:b/>
          <w:bCs/>
          <w:sz w:val="24"/>
          <w:szCs w:val="24"/>
          <w:lang w:val="en-GB"/>
        </w:rPr>
        <w:t xml:space="preserve"> Surgery Closures – Protected Learning Time</w:t>
      </w:r>
    </w:p>
    <w:p w14:paraId="78E22C6D"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t xml:space="preserve">The surgery will be closed from </w:t>
      </w:r>
      <w:r w:rsidRPr="00332A63">
        <w:rPr>
          <w:rFonts w:asciiTheme="majorHAnsi" w:hAnsiTheme="majorHAnsi" w:cstheme="majorHAnsi"/>
          <w:b/>
          <w:bCs/>
          <w:sz w:val="24"/>
          <w:szCs w:val="24"/>
          <w:lang w:val="en-GB"/>
        </w:rPr>
        <w:t>1:00pm</w:t>
      </w:r>
      <w:r w:rsidRPr="00332A63">
        <w:rPr>
          <w:rFonts w:asciiTheme="majorHAnsi" w:hAnsiTheme="majorHAnsi" w:cstheme="majorHAnsi"/>
          <w:sz w:val="24"/>
          <w:szCs w:val="24"/>
          <w:lang w:val="en-GB"/>
        </w:rPr>
        <w:t xml:space="preserve"> on the following dates for staff training and Protected Learning Time (PLT):</w:t>
      </w:r>
    </w:p>
    <w:p w14:paraId="0D59D19A" w14:textId="77777777" w:rsidR="00332A63" w:rsidRPr="00332A63" w:rsidRDefault="00332A63" w:rsidP="00332A63">
      <w:pPr>
        <w:numPr>
          <w:ilvl w:val="0"/>
          <w:numId w:val="20"/>
        </w:numPr>
        <w:rPr>
          <w:rFonts w:asciiTheme="majorHAnsi" w:hAnsiTheme="majorHAnsi" w:cstheme="majorHAnsi"/>
          <w:sz w:val="24"/>
          <w:szCs w:val="24"/>
          <w:lang w:val="en-GB"/>
        </w:rPr>
      </w:pPr>
      <w:r w:rsidRPr="00332A63">
        <w:rPr>
          <w:rFonts w:asciiTheme="majorHAnsi" w:hAnsiTheme="majorHAnsi" w:cstheme="majorHAnsi"/>
          <w:sz w:val="24"/>
          <w:szCs w:val="24"/>
          <w:lang w:val="en-GB"/>
        </w:rPr>
        <w:t>Tuesday 7 July</w:t>
      </w:r>
    </w:p>
    <w:p w14:paraId="49CAC1AF" w14:textId="77777777" w:rsidR="00332A63" w:rsidRPr="00332A63" w:rsidRDefault="00332A63" w:rsidP="00332A63">
      <w:pPr>
        <w:numPr>
          <w:ilvl w:val="0"/>
          <w:numId w:val="20"/>
        </w:numPr>
        <w:rPr>
          <w:rFonts w:asciiTheme="majorHAnsi" w:hAnsiTheme="majorHAnsi" w:cstheme="majorHAnsi"/>
          <w:sz w:val="24"/>
          <w:szCs w:val="24"/>
          <w:lang w:val="en-GB"/>
        </w:rPr>
      </w:pPr>
      <w:r w:rsidRPr="00332A63">
        <w:rPr>
          <w:rFonts w:asciiTheme="majorHAnsi" w:hAnsiTheme="majorHAnsi" w:cstheme="majorHAnsi"/>
          <w:sz w:val="24"/>
          <w:szCs w:val="24"/>
          <w:lang w:val="en-GB"/>
        </w:rPr>
        <w:t>Thursday 10 September</w:t>
      </w:r>
    </w:p>
    <w:p w14:paraId="02752E05" w14:textId="77777777" w:rsidR="00332A63" w:rsidRPr="00332A63" w:rsidRDefault="00332A63" w:rsidP="00332A63">
      <w:pPr>
        <w:numPr>
          <w:ilvl w:val="0"/>
          <w:numId w:val="20"/>
        </w:numPr>
        <w:rPr>
          <w:rFonts w:asciiTheme="majorHAnsi" w:hAnsiTheme="majorHAnsi" w:cstheme="majorHAnsi"/>
          <w:sz w:val="24"/>
          <w:szCs w:val="24"/>
          <w:lang w:val="en-GB"/>
        </w:rPr>
      </w:pPr>
      <w:r w:rsidRPr="00332A63">
        <w:rPr>
          <w:rFonts w:asciiTheme="majorHAnsi" w:hAnsiTheme="majorHAnsi" w:cstheme="majorHAnsi"/>
          <w:sz w:val="24"/>
          <w:szCs w:val="24"/>
          <w:lang w:val="en-GB"/>
        </w:rPr>
        <w:t>Wednesday 14 October</w:t>
      </w:r>
    </w:p>
    <w:p w14:paraId="64732851" w14:textId="77777777" w:rsidR="00332A63" w:rsidRPr="00332A63" w:rsidRDefault="00332A63" w:rsidP="00332A63">
      <w:pPr>
        <w:numPr>
          <w:ilvl w:val="0"/>
          <w:numId w:val="20"/>
        </w:numPr>
        <w:rPr>
          <w:rFonts w:asciiTheme="majorHAnsi" w:hAnsiTheme="majorHAnsi" w:cstheme="majorHAnsi"/>
          <w:sz w:val="24"/>
          <w:szCs w:val="24"/>
          <w:lang w:val="en-GB"/>
        </w:rPr>
      </w:pPr>
      <w:r w:rsidRPr="00332A63">
        <w:rPr>
          <w:rFonts w:asciiTheme="majorHAnsi" w:hAnsiTheme="majorHAnsi" w:cstheme="majorHAnsi"/>
          <w:sz w:val="24"/>
          <w:szCs w:val="24"/>
          <w:lang w:val="en-GB"/>
        </w:rPr>
        <w:t>Wednesday 18 November</w:t>
      </w:r>
    </w:p>
    <w:p w14:paraId="30DE959A"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t xml:space="preserve">If you require medical assistance while we are closed, please visit </w:t>
      </w:r>
      <w:r w:rsidRPr="00332A63">
        <w:rPr>
          <w:rFonts w:asciiTheme="majorHAnsi" w:hAnsiTheme="majorHAnsi" w:cstheme="majorHAnsi"/>
          <w:b/>
          <w:bCs/>
          <w:sz w:val="24"/>
          <w:szCs w:val="24"/>
          <w:lang w:val="en-GB"/>
        </w:rPr>
        <w:t>NHS 111 Online</w:t>
      </w:r>
      <w:r w:rsidRPr="00332A63">
        <w:rPr>
          <w:rFonts w:asciiTheme="majorHAnsi" w:hAnsiTheme="majorHAnsi" w:cstheme="majorHAnsi"/>
          <w:sz w:val="24"/>
          <w:szCs w:val="24"/>
          <w:lang w:val="en-GB"/>
        </w:rPr>
        <w:t xml:space="preserve"> or call </w:t>
      </w:r>
      <w:r w:rsidRPr="00332A63">
        <w:rPr>
          <w:rFonts w:asciiTheme="majorHAnsi" w:hAnsiTheme="majorHAnsi" w:cstheme="majorHAnsi"/>
          <w:b/>
          <w:bCs/>
          <w:sz w:val="24"/>
          <w:szCs w:val="24"/>
          <w:lang w:val="en-GB"/>
        </w:rPr>
        <w:t>111</w:t>
      </w:r>
      <w:r w:rsidRPr="00332A63">
        <w:rPr>
          <w:rFonts w:asciiTheme="majorHAnsi" w:hAnsiTheme="majorHAnsi" w:cstheme="majorHAnsi"/>
          <w:sz w:val="24"/>
          <w:szCs w:val="24"/>
          <w:lang w:val="en-GB"/>
        </w:rPr>
        <w:t>.</w:t>
      </w:r>
    </w:p>
    <w:p w14:paraId="05DB789B" w14:textId="77777777" w:rsidR="00566193" w:rsidRPr="00332A63" w:rsidRDefault="00566193" w:rsidP="00332A63">
      <w:pPr>
        <w:rPr>
          <w:rFonts w:asciiTheme="majorHAnsi" w:hAnsiTheme="majorHAnsi" w:cstheme="majorHAnsi"/>
          <w:sz w:val="24"/>
          <w:szCs w:val="24"/>
          <w:lang w:val="en-GB"/>
        </w:rPr>
      </w:pPr>
    </w:p>
    <w:p w14:paraId="2A1307BA" w14:textId="77777777" w:rsidR="00332A63" w:rsidRPr="00332A63" w:rsidRDefault="00332A63" w:rsidP="00332A63">
      <w:pPr>
        <w:rPr>
          <w:rFonts w:asciiTheme="majorHAnsi" w:hAnsiTheme="majorHAnsi" w:cstheme="majorHAnsi"/>
          <w:b/>
          <w:bCs/>
          <w:sz w:val="24"/>
          <w:szCs w:val="24"/>
          <w:lang w:val="en-GB"/>
        </w:rPr>
      </w:pPr>
      <w:r w:rsidRPr="00332A63">
        <w:rPr>
          <w:rFonts w:ascii="Segoe UI Emoji" w:hAnsi="Segoe UI Emoji" w:cs="Segoe UI Emoji"/>
          <w:b/>
          <w:bCs/>
          <w:sz w:val="24"/>
          <w:szCs w:val="24"/>
          <w:lang w:val="en-GB"/>
        </w:rPr>
        <w:t>💉</w:t>
      </w:r>
      <w:r w:rsidRPr="00332A63">
        <w:rPr>
          <w:rFonts w:asciiTheme="majorHAnsi" w:hAnsiTheme="majorHAnsi" w:cstheme="majorHAnsi"/>
          <w:b/>
          <w:bCs/>
          <w:sz w:val="24"/>
          <w:szCs w:val="24"/>
          <w:lang w:val="en-GB"/>
        </w:rPr>
        <w:t xml:space="preserve"> Vaccination Update</w:t>
      </w:r>
    </w:p>
    <w:p w14:paraId="3DFFC340"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b/>
          <w:bCs/>
          <w:sz w:val="24"/>
          <w:szCs w:val="24"/>
          <w:lang w:val="en-GB"/>
        </w:rPr>
        <w:t>Pneumococcal Vaccine</w:t>
      </w:r>
    </w:p>
    <w:p w14:paraId="17F24E3C" w14:textId="77777777" w:rsidR="00332A63" w:rsidRPr="00332A63" w:rsidRDefault="00332A63" w:rsidP="00332A63">
      <w:pPr>
        <w:numPr>
          <w:ilvl w:val="0"/>
          <w:numId w:val="21"/>
        </w:numPr>
        <w:rPr>
          <w:rFonts w:asciiTheme="majorHAnsi" w:hAnsiTheme="majorHAnsi" w:cstheme="majorHAnsi"/>
          <w:sz w:val="24"/>
          <w:szCs w:val="24"/>
          <w:lang w:val="en-GB"/>
        </w:rPr>
      </w:pPr>
      <w:r w:rsidRPr="00332A63">
        <w:rPr>
          <w:rFonts w:asciiTheme="majorHAnsi" w:hAnsiTheme="majorHAnsi" w:cstheme="majorHAnsi"/>
          <w:sz w:val="24"/>
          <w:szCs w:val="24"/>
          <w:lang w:val="en-GB"/>
        </w:rPr>
        <w:t>Offered to patients when they turn 65.</w:t>
      </w:r>
    </w:p>
    <w:p w14:paraId="45B0216C" w14:textId="77777777" w:rsidR="00332A63" w:rsidRPr="00332A63" w:rsidRDefault="00332A63" w:rsidP="00332A63">
      <w:pPr>
        <w:numPr>
          <w:ilvl w:val="0"/>
          <w:numId w:val="21"/>
        </w:numPr>
        <w:rPr>
          <w:rFonts w:asciiTheme="majorHAnsi" w:hAnsiTheme="majorHAnsi" w:cstheme="majorHAnsi"/>
          <w:sz w:val="24"/>
          <w:szCs w:val="24"/>
          <w:lang w:val="en-GB"/>
        </w:rPr>
      </w:pPr>
      <w:r w:rsidRPr="00332A63">
        <w:rPr>
          <w:rFonts w:asciiTheme="majorHAnsi" w:hAnsiTheme="majorHAnsi" w:cstheme="majorHAnsi"/>
          <w:sz w:val="24"/>
          <w:szCs w:val="24"/>
          <w:lang w:val="en-GB"/>
        </w:rPr>
        <w:t>Helps protect against serious infections such as pneumonia, meningitis and sepsis.</w:t>
      </w:r>
    </w:p>
    <w:p w14:paraId="10FF0CF8"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b/>
          <w:bCs/>
          <w:sz w:val="24"/>
          <w:szCs w:val="24"/>
          <w:lang w:val="en-GB"/>
        </w:rPr>
        <w:t>Shingles Vaccine</w:t>
      </w:r>
    </w:p>
    <w:p w14:paraId="23A14CAE" w14:textId="77777777" w:rsidR="00332A63" w:rsidRPr="00332A63" w:rsidRDefault="00332A63" w:rsidP="00332A63">
      <w:pPr>
        <w:numPr>
          <w:ilvl w:val="0"/>
          <w:numId w:val="22"/>
        </w:numPr>
        <w:rPr>
          <w:rFonts w:asciiTheme="majorHAnsi" w:hAnsiTheme="majorHAnsi" w:cstheme="majorHAnsi"/>
          <w:sz w:val="24"/>
          <w:szCs w:val="24"/>
          <w:lang w:val="en-GB"/>
        </w:rPr>
      </w:pPr>
      <w:r w:rsidRPr="00332A63">
        <w:rPr>
          <w:rFonts w:asciiTheme="majorHAnsi" w:hAnsiTheme="majorHAnsi" w:cstheme="majorHAnsi"/>
          <w:sz w:val="24"/>
          <w:szCs w:val="24"/>
          <w:lang w:val="en-GB"/>
        </w:rPr>
        <w:t>Offered at ages 65 and 70.</w:t>
      </w:r>
    </w:p>
    <w:p w14:paraId="7E0766BB" w14:textId="77777777" w:rsidR="00332A63" w:rsidRPr="00332A63" w:rsidRDefault="00332A63" w:rsidP="00332A63">
      <w:pPr>
        <w:numPr>
          <w:ilvl w:val="0"/>
          <w:numId w:val="22"/>
        </w:numPr>
        <w:rPr>
          <w:rFonts w:asciiTheme="majorHAnsi" w:hAnsiTheme="majorHAnsi" w:cstheme="majorHAnsi"/>
          <w:sz w:val="24"/>
          <w:szCs w:val="24"/>
          <w:lang w:val="en-GB"/>
        </w:rPr>
      </w:pPr>
      <w:r w:rsidRPr="00332A63">
        <w:rPr>
          <w:rFonts w:asciiTheme="majorHAnsi" w:hAnsiTheme="majorHAnsi" w:cstheme="majorHAnsi"/>
          <w:sz w:val="24"/>
          <w:szCs w:val="24"/>
          <w:lang w:val="en-GB"/>
        </w:rPr>
        <w:t>Provides excellent protection against shingles and its complications.</w:t>
      </w:r>
    </w:p>
    <w:p w14:paraId="7CFD049F" w14:textId="77777777" w:rsidR="00332A63" w:rsidRPr="00332A63" w:rsidRDefault="00332A63" w:rsidP="00332A63">
      <w:pPr>
        <w:numPr>
          <w:ilvl w:val="0"/>
          <w:numId w:val="22"/>
        </w:numPr>
        <w:rPr>
          <w:rFonts w:asciiTheme="majorHAnsi" w:hAnsiTheme="majorHAnsi" w:cstheme="majorHAnsi"/>
          <w:sz w:val="24"/>
          <w:szCs w:val="24"/>
          <w:lang w:val="en-GB"/>
        </w:rPr>
      </w:pPr>
      <w:r w:rsidRPr="00332A63">
        <w:rPr>
          <w:rFonts w:asciiTheme="majorHAnsi" w:hAnsiTheme="majorHAnsi" w:cstheme="majorHAnsi"/>
          <w:sz w:val="24"/>
          <w:szCs w:val="24"/>
          <w:lang w:val="en-GB"/>
        </w:rPr>
        <w:t>Some immunosuppressed patients may also be eligible at a younger age.</w:t>
      </w:r>
    </w:p>
    <w:p w14:paraId="11A74F29" w14:textId="77777777" w:rsid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t>If you would like to check your eligibility, please contact Reception.</w:t>
      </w:r>
    </w:p>
    <w:p w14:paraId="0E8F4AF6" w14:textId="77777777" w:rsidR="00566193" w:rsidRDefault="00566193" w:rsidP="00566193">
      <w:pPr>
        <w:rPr>
          <w:rFonts w:asciiTheme="majorHAnsi" w:hAnsiTheme="majorHAnsi" w:cstheme="majorHAnsi"/>
          <w:b/>
          <w:bCs/>
          <w:sz w:val="24"/>
          <w:szCs w:val="24"/>
          <w:lang w:val="en-GB"/>
        </w:rPr>
      </w:pPr>
    </w:p>
    <w:p w14:paraId="1779FA1D" w14:textId="77777777" w:rsidR="00566193" w:rsidRPr="00332A63" w:rsidRDefault="00566193" w:rsidP="00566193">
      <w:pPr>
        <w:rPr>
          <w:rFonts w:asciiTheme="majorHAnsi" w:hAnsiTheme="majorHAnsi" w:cstheme="majorHAnsi"/>
          <w:b/>
          <w:bCs/>
          <w:sz w:val="24"/>
          <w:szCs w:val="24"/>
          <w:lang w:val="en-GB"/>
        </w:rPr>
      </w:pPr>
      <w:r w:rsidRPr="00332A63">
        <w:rPr>
          <w:rFonts w:ascii="Segoe UI Emoji" w:hAnsi="Segoe UI Emoji" w:cs="Segoe UI Emoji"/>
          <w:b/>
          <w:bCs/>
          <w:sz w:val="24"/>
          <w:szCs w:val="24"/>
          <w:lang w:val="en-GB"/>
        </w:rPr>
        <w:t>🏥</w:t>
      </w:r>
      <w:r w:rsidRPr="00332A63">
        <w:rPr>
          <w:rFonts w:asciiTheme="majorHAnsi" w:hAnsiTheme="majorHAnsi" w:cstheme="majorHAnsi"/>
          <w:b/>
          <w:bCs/>
          <w:sz w:val="24"/>
          <w:szCs w:val="24"/>
          <w:lang w:val="en-GB"/>
        </w:rPr>
        <w:t xml:space="preserve"> Travel Advice</w:t>
      </w:r>
    </w:p>
    <w:p w14:paraId="03E4ECF0" w14:textId="50ED703C" w:rsidR="00566193" w:rsidRPr="00566193" w:rsidRDefault="00566193" w:rsidP="00566193">
      <w:pPr>
        <w:rPr>
          <w:rFonts w:asciiTheme="majorHAnsi" w:hAnsiTheme="majorHAnsi" w:cstheme="majorHAnsi"/>
          <w:b/>
          <w:bCs/>
          <w:sz w:val="24"/>
          <w:szCs w:val="24"/>
          <w:lang w:val="en-GB"/>
        </w:rPr>
      </w:pPr>
      <w:r w:rsidRPr="00566193">
        <w:rPr>
          <w:rFonts w:asciiTheme="majorHAnsi" w:hAnsiTheme="majorHAnsi" w:cstheme="majorHAnsi"/>
          <w:b/>
          <w:bCs/>
          <w:sz w:val="24"/>
          <w:szCs w:val="24"/>
          <w:lang w:val="en-GB"/>
        </w:rPr>
        <w:t>Foreign Travel Advice &amp; Vaccinations</w:t>
      </w:r>
    </w:p>
    <w:p w14:paraId="00626432" w14:textId="2F50E561" w:rsidR="00566193" w:rsidRDefault="00566193" w:rsidP="00566193">
      <w:pPr>
        <w:rPr>
          <w:rFonts w:asciiTheme="majorHAnsi" w:hAnsiTheme="majorHAnsi" w:cstheme="majorHAnsi"/>
          <w:sz w:val="24"/>
          <w:szCs w:val="24"/>
          <w:lang w:val="en-GB"/>
        </w:rPr>
      </w:pPr>
      <w:r w:rsidRPr="00566193">
        <w:rPr>
          <w:rFonts w:asciiTheme="majorHAnsi" w:hAnsiTheme="majorHAnsi" w:cstheme="majorHAnsi"/>
          <w:sz w:val="24"/>
          <w:szCs w:val="24"/>
          <w:lang w:val="en-GB"/>
        </w:rPr>
        <w:t>Our Practice Nurses will give advice on the health aspects of travel, malaria prevention, and give, or advise on, any vaccinations necessary.   You will be asked to complete a questionnaire to give the nurses as much information as possible ahead of your appointment</w:t>
      </w:r>
      <w:r w:rsidR="00316BD8">
        <w:rPr>
          <w:rFonts w:asciiTheme="majorHAnsi" w:hAnsiTheme="majorHAnsi" w:cstheme="majorHAnsi"/>
          <w:sz w:val="24"/>
          <w:szCs w:val="24"/>
          <w:lang w:val="en-GB"/>
        </w:rPr>
        <w:t xml:space="preserve"> – 8 weeks before.</w:t>
      </w:r>
    </w:p>
    <w:p w14:paraId="3EEC744D" w14:textId="4BFF514B" w:rsidR="00316BD8" w:rsidRDefault="00316BD8" w:rsidP="00566193">
      <w:pPr>
        <w:rPr>
          <w:rFonts w:asciiTheme="majorHAnsi" w:hAnsiTheme="majorHAnsi" w:cstheme="majorHAnsi"/>
          <w:sz w:val="24"/>
          <w:szCs w:val="24"/>
          <w:lang w:val="en-GB"/>
        </w:rPr>
      </w:pPr>
      <w:hyperlink r:id="rId10" w:history="1">
        <w:r w:rsidRPr="001910BF">
          <w:rPr>
            <w:rStyle w:val="Hyperlink"/>
            <w:rFonts w:asciiTheme="majorHAnsi" w:hAnsiTheme="majorHAnsi" w:cstheme="majorHAnsi"/>
            <w:sz w:val="24"/>
            <w:szCs w:val="24"/>
            <w:lang w:val="en-GB"/>
          </w:rPr>
          <w:t>https://travelhealthpro.org.uk/</w:t>
        </w:r>
      </w:hyperlink>
      <w:r>
        <w:rPr>
          <w:rFonts w:asciiTheme="majorHAnsi" w:hAnsiTheme="majorHAnsi" w:cstheme="majorHAnsi"/>
          <w:sz w:val="24"/>
          <w:szCs w:val="24"/>
          <w:lang w:val="en-GB"/>
        </w:rPr>
        <w:t xml:space="preserve"> provides you with lots of information regarding your holiday destination.</w:t>
      </w:r>
    </w:p>
    <w:p w14:paraId="0D5D5287" w14:textId="3D7CD984" w:rsidR="00566193" w:rsidRPr="00332A63" w:rsidRDefault="00566193" w:rsidP="00566193">
      <w:pPr>
        <w:rPr>
          <w:rFonts w:asciiTheme="majorHAnsi" w:hAnsiTheme="majorHAnsi" w:cstheme="majorHAnsi"/>
          <w:sz w:val="24"/>
          <w:szCs w:val="24"/>
          <w:lang w:val="en-GB"/>
        </w:rPr>
      </w:pPr>
      <w:r w:rsidRPr="00332A63">
        <w:rPr>
          <w:rFonts w:asciiTheme="majorHAnsi" w:hAnsiTheme="majorHAnsi" w:cstheme="majorHAnsi"/>
          <w:sz w:val="24"/>
          <w:szCs w:val="24"/>
          <w:lang w:val="en-GB"/>
        </w:rPr>
        <w:t>If you are travelling abroad, please remember that the surgery is unable to:</w:t>
      </w:r>
    </w:p>
    <w:p w14:paraId="5033ADE1" w14:textId="77777777" w:rsidR="00566193" w:rsidRPr="00332A63" w:rsidRDefault="00566193" w:rsidP="00566193">
      <w:pPr>
        <w:rPr>
          <w:rFonts w:asciiTheme="majorHAnsi" w:hAnsiTheme="majorHAnsi" w:cstheme="majorHAnsi"/>
          <w:sz w:val="24"/>
          <w:szCs w:val="24"/>
          <w:lang w:val="en-GB"/>
        </w:rPr>
      </w:pPr>
      <w:r w:rsidRPr="00332A63">
        <w:rPr>
          <w:rFonts w:ascii="Segoe UI Emoji" w:hAnsi="Segoe UI Emoji" w:cs="Segoe UI Emoji"/>
          <w:sz w:val="24"/>
          <w:szCs w:val="24"/>
          <w:lang w:val="en-GB"/>
        </w:rPr>
        <w:t>❌</w:t>
      </w:r>
      <w:r w:rsidRPr="00332A63">
        <w:rPr>
          <w:rFonts w:asciiTheme="majorHAnsi" w:hAnsiTheme="majorHAnsi" w:cstheme="majorHAnsi"/>
          <w:sz w:val="24"/>
          <w:szCs w:val="24"/>
          <w:lang w:val="en-GB"/>
        </w:rPr>
        <w:t xml:space="preserve"> Provide medical advice whilst you are overseas</w:t>
      </w:r>
      <w:r w:rsidRPr="00332A63">
        <w:rPr>
          <w:rFonts w:asciiTheme="majorHAnsi" w:hAnsiTheme="majorHAnsi" w:cstheme="majorHAnsi"/>
          <w:sz w:val="24"/>
          <w:szCs w:val="24"/>
          <w:lang w:val="en-GB"/>
        </w:rPr>
        <w:br/>
      </w:r>
      <w:r w:rsidRPr="00332A63">
        <w:rPr>
          <w:rFonts w:ascii="Segoe UI Emoji" w:hAnsi="Segoe UI Emoji" w:cs="Segoe UI Emoji"/>
          <w:sz w:val="24"/>
          <w:szCs w:val="24"/>
          <w:lang w:val="en-GB"/>
        </w:rPr>
        <w:t>❌</w:t>
      </w:r>
      <w:r w:rsidRPr="00332A63">
        <w:rPr>
          <w:rFonts w:asciiTheme="majorHAnsi" w:hAnsiTheme="majorHAnsi" w:cstheme="majorHAnsi"/>
          <w:sz w:val="24"/>
          <w:szCs w:val="24"/>
          <w:lang w:val="en-GB"/>
        </w:rPr>
        <w:t xml:space="preserve"> Issue prescriptions for illnesses that occur abroad</w:t>
      </w:r>
      <w:r w:rsidRPr="00332A63">
        <w:rPr>
          <w:rFonts w:asciiTheme="majorHAnsi" w:hAnsiTheme="majorHAnsi" w:cstheme="majorHAnsi"/>
          <w:sz w:val="24"/>
          <w:szCs w:val="24"/>
          <w:lang w:val="en-GB"/>
        </w:rPr>
        <w:br/>
      </w:r>
      <w:r w:rsidRPr="00332A63">
        <w:rPr>
          <w:rFonts w:ascii="Segoe UI Emoji" w:hAnsi="Segoe UI Emoji" w:cs="Segoe UI Emoji"/>
          <w:sz w:val="24"/>
          <w:szCs w:val="24"/>
          <w:lang w:val="en-GB"/>
        </w:rPr>
        <w:t>❌</w:t>
      </w:r>
      <w:r w:rsidRPr="00332A63">
        <w:rPr>
          <w:rFonts w:asciiTheme="majorHAnsi" w:hAnsiTheme="majorHAnsi" w:cstheme="majorHAnsi"/>
          <w:sz w:val="24"/>
          <w:szCs w:val="24"/>
          <w:lang w:val="en-GB"/>
        </w:rPr>
        <w:t xml:space="preserve"> Arrange healthcare services in another country</w:t>
      </w:r>
    </w:p>
    <w:p w14:paraId="69A26A5A" w14:textId="77777777" w:rsidR="00566193" w:rsidRPr="00332A63" w:rsidRDefault="00566193" w:rsidP="00566193">
      <w:pPr>
        <w:rPr>
          <w:rFonts w:asciiTheme="majorHAnsi" w:hAnsiTheme="majorHAnsi" w:cstheme="majorHAnsi"/>
          <w:sz w:val="24"/>
          <w:szCs w:val="24"/>
          <w:lang w:val="en-GB"/>
        </w:rPr>
      </w:pPr>
      <w:r w:rsidRPr="00332A63">
        <w:rPr>
          <w:rFonts w:asciiTheme="majorHAnsi" w:hAnsiTheme="majorHAnsi" w:cstheme="majorHAnsi"/>
          <w:sz w:val="24"/>
          <w:szCs w:val="24"/>
          <w:lang w:val="en-GB"/>
        </w:rPr>
        <w:t>Before travelling, please ensure you:</w:t>
      </w:r>
    </w:p>
    <w:p w14:paraId="16D6E1D4" w14:textId="77777777" w:rsidR="00566193" w:rsidRPr="00332A63" w:rsidRDefault="00566193" w:rsidP="00566193">
      <w:pPr>
        <w:numPr>
          <w:ilvl w:val="0"/>
          <w:numId w:val="25"/>
        </w:numPr>
        <w:rPr>
          <w:rFonts w:asciiTheme="majorHAnsi" w:hAnsiTheme="majorHAnsi" w:cstheme="majorHAnsi"/>
          <w:sz w:val="24"/>
          <w:szCs w:val="24"/>
          <w:lang w:val="en-GB"/>
        </w:rPr>
      </w:pPr>
      <w:r w:rsidRPr="00332A63">
        <w:rPr>
          <w:rFonts w:asciiTheme="majorHAnsi" w:hAnsiTheme="majorHAnsi" w:cstheme="majorHAnsi"/>
          <w:sz w:val="24"/>
          <w:szCs w:val="24"/>
          <w:lang w:val="en-GB"/>
        </w:rPr>
        <w:t>Have sufficient medication for your trip</w:t>
      </w:r>
    </w:p>
    <w:p w14:paraId="4CA24168" w14:textId="77777777" w:rsidR="00566193" w:rsidRPr="00332A63" w:rsidRDefault="00566193" w:rsidP="00566193">
      <w:pPr>
        <w:numPr>
          <w:ilvl w:val="0"/>
          <w:numId w:val="25"/>
        </w:numPr>
        <w:rPr>
          <w:rFonts w:asciiTheme="majorHAnsi" w:hAnsiTheme="majorHAnsi" w:cstheme="majorHAnsi"/>
          <w:sz w:val="24"/>
          <w:szCs w:val="24"/>
          <w:lang w:val="en-GB"/>
        </w:rPr>
      </w:pPr>
      <w:r w:rsidRPr="00332A63">
        <w:rPr>
          <w:rFonts w:asciiTheme="majorHAnsi" w:hAnsiTheme="majorHAnsi" w:cstheme="majorHAnsi"/>
          <w:sz w:val="24"/>
          <w:szCs w:val="24"/>
          <w:lang w:val="en-GB"/>
        </w:rPr>
        <w:t>Arrange appropriate travel insurance</w:t>
      </w:r>
    </w:p>
    <w:p w14:paraId="07B3FFE3" w14:textId="77777777" w:rsidR="00566193" w:rsidRPr="00332A63" w:rsidRDefault="00566193" w:rsidP="00566193">
      <w:pPr>
        <w:numPr>
          <w:ilvl w:val="0"/>
          <w:numId w:val="25"/>
        </w:numPr>
        <w:rPr>
          <w:rFonts w:asciiTheme="majorHAnsi" w:hAnsiTheme="majorHAnsi" w:cstheme="majorHAnsi"/>
          <w:sz w:val="24"/>
          <w:szCs w:val="24"/>
          <w:lang w:val="en-GB"/>
        </w:rPr>
      </w:pPr>
      <w:r w:rsidRPr="00332A63">
        <w:rPr>
          <w:rFonts w:asciiTheme="majorHAnsi" w:hAnsiTheme="majorHAnsi" w:cstheme="majorHAnsi"/>
          <w:sz w:val="24"/>
          <w:szCs w:val="24"/>
          <w:lang w:val="en-GB"/>
        </w:rPr>
        <w:t>Familiarise yourself with healthcare arrangements in your destination country</w:t>
      </w:r>
    </w:p>
    <w:p w14:paraId="1F6C576C" w14:textId="77777777" w:rsidR="00566193" w:rsidRPr="00332A63" w:rsidRDefault="00566193" w:rsidP="00566193">
      <w:pPr>
        <w:rPr>
          <w:rFonts w:asciiTheme="majorHAnsi" w:hAnsiTheme="majorHAnsi" w:cstheme="majorHAnsi"/>
          <w:sz w:val="24"/>
          <w:szCs w:val="24"/>
          <w:lang w:val="en-GB"/>
        </w:rPr>
      </w:pPr>
      <w:r w:rsidRPr="00332A63">
        <w:rPr>
          <w:rFonts w:asciiTheme="majorHAnsi" w:hAnsiTheme="majorHAnsi" w:cstheme="majorHAnsi"/>
          <w:sz w:val="24"/>
          <w:szCs w:val="24"/>
          <w:lang w:val="en-GB"/>
        </w:rPr>
        <w:t>For urgent medical assistance whilst abroad, please contact local healthcare services or your travel insurance provider.</w:t>
      </w:r>
    </w:p>
    <w:p w14:paraId="2FC4A277" w14:textId="77777777" w:rsidR="00566193" w:rsidRPr="00566193" w:rsidRDefault="00566193" w:rsidP="00566193">
      <w:pPr>
        <w:rPr>
          <w:rFonts w:asciiTheme="majorHAnsi" w:hAnsiTheme="majorHAnsi" w:cstheme="majorHAnsi"/>
          <w:sz w:val="24"/>
          <w:szCs w:val="24"/>
          <w:lang w:val="en-GB"/>
        </w:rPr>
      </w:pPr>
    </w:p>
    <w:p w14:paraId="5A949410" w14:textId="5B34A29A" w:rsidR="00332A63" w:rsidRDefault="00332A63" w:rsidP="00332A63">
      <w:pPr>
        <w:rPr>
          <w:rFonts w:asciiTheme="majorHAnsi" w:hAnsiTheme="majorHAnsi" w:cstheme="majorHAnsi"/>
          <w:sz w:val="24"/>
          <w:szCs w:val="24"/>
          <w:lang w:val="en-GB"/>
        </w:rPr>
      </w:pPr>
    </w:p>
    <w:p w14:paraId="7AEABB8D" w14:textId="77777777" w:rsidR="00C66754" w:rsidRPr="00C66754" w:rsidRDefault="00C66754" w:rsidP="00C66754">
      <w:pPr>
        <w:rPr>
          <w:rFonts w:asciiTheme="majorHAnsi" w:hAnsiTheme="majorHAnsi" w:cstheme="majorHAnsi"/>
          <w:b/>
          <w:bCs/>
          <w:sz w:val="24"/>
          <w:szCs w:val="24"/>
          <w:lang w:val="en-GB"/>
        </w:rPr>
      </w:pPr>
      <w:r w:rsidRPr="00C66754">
        <w:rPr>
          <w:rFonts w:ascii="Segoe UI Emoji" w:hAnsi="Segoe UI Emoji" w:cs="Segoe UI Emoji"/>
          <w:b/>
          <w:bCs/>
          <w:sz w:val="24"/>
          <w:szCs w:val="24"/>
          <w:lang w:val="en-GB"/>
        </w:rPr>
        <w:t>🏥</w:t>
      </w:r>
      <w:r w:rsidRPr="00C66754">
        <w:rPr>
          <w:rFonts w:asciiTheme="majorHAnsi" w:hAnsiTheme="majorHAnsi" w:cstheme="majorHAnsi"/>
          <w:b/>
          <w:bCs/>
          <w:sz w:val="24"/>
          <w:szCs w:val="24"/>
          <w:lang w:val="en-GB"/>
        </w:rPr>
        <w:t xml:space="preserve"> Hospital Appointments &amp; Waiting Lists</w:t>
      </w:r>
    </w:p>
    <w:p w14:paraId="1A29FD05" w14:textId="77777777" w:rsidR="00C66754" w:rsidRPr="00C66754" w:rsidRDefault="00C66754" w:rsidP="00C66754">
      <w:pPr>
        <w:rPr>
          <w:rFonts w:asciiTheme="majorHAnsi" w:hAnsiTheme="majorHAnsi" w:cstheme="majorHAnsi"/>
          <w:b/>
          <w:bCs/>
          <w:sz w:val="24"/>
          <w:szCs w:val="24"/>
          <w:lang w:val="en-GB"/>
        </w:rPr>
      </w:pPr>
      <w:r w:rsidRPr="00C66754">
        <w:rPr>
          <w:rFonts w:asciiTheme="majorHAnsi" w:hAnsiTheme="majorHAnsi" w:cstheme="majorHAnsi"/>
          <w:b/>
          <w:bCs/>
          <w:sz w:val="24"/>
          <w:szCs w:val="24"/>
          <w:lang w:val="en-GB"/>
        </w:rPr>
        <w:t>Wirral University Teaching Hospital Patient Portal</w:t>
      </w:r>
    </w:p>
    <w:p w14:paraId="57DC78C4" w14:textId="4ABA2999" w:rsidR="00C66754" w:rsidRPr="00C66754" w:rsidRDefault="00C66754" w:rsidP="00C66754">
      <w:pPr>
        <w:rPr>
          <w:rFonts w:asciiTheme="majorHAnsi" w:hAnsiTheme="majorHAnsi" w:cstheme="majorHAnsi"/>
          <w:sz w:val="24"/>
          <w:szCs w:val="24"/>
          <w:lang w:val="en-GB"/>
        </w:rPr>
      </w:pPr>
      <w:r w:rsidRPr="00C66754">
        <w:rPr>
          <w:rFonts w:asciiTheme="majorHAnsi" w:hAnsiTheme="majorHAnsi" w:cstheme="majorHAnsi"/>
          <w:sz w:val="24"/>
          <w:szCs w:val="24"/>
          <w:lang w:val="en-GB"/>
        </w:rPr>
        <w:t xml:space="preserve">If you are under the care of Wirral University Teaching Hospital you can now access your hospital information through the </w:t>
      </w:r>
      <w:r w:rsidRPr="00C66754">
        <w:rPr>
          <w:rFonts w:asciiTheme="majorHAnsi" w:hAnsiTheme="majorHAnsi" w:cstheme="majorHAnsi"/>
          <w:b/>
          <w:bCs/>
          <w:sz w:val="24"/>
          <w:szCs w:val="24"/>
          <w:lang w:val="en-GB"/>
        </w:rPr>
        <w:t>WUTH Patient Portal</w:t>
      </w:r>
      <w:r w:rsidRPr="00C66754">
        <w:rPr>
          <w:rFonts w:asciiTheme="majorHAnsi" w:hAnsiTheme="majorHAnsi" w:cstheme="majorHAnsi"/>
          <w:sz w:val="24"/>
          <w:szCs w:val="24"/>
          <w:lang w:val="en-GB"/>
        </w:rPr>
        <w:t>. The portal allows patients to view appointment information, receive appointment reminders, access hospital correspondence and view aspects of their hospital record online. Patients can self-register using their NHS number and date of birth.</w:t>
      </w:r>
    </w:p>
    <w:p w14:paraId="4011C9C6" w14:textId="4584FED5" w:rsidR="00C66754" w:rsidRDefault="00C66754" w:rsidP="00C66754">
      <w:pPr>
        <w:rPr>
          <w:rFonts w:asciiTheme="majorHAnsi" w:hAnsiTheme="majorHAnsi" w:cstheme="majorHAnsi"/>
          <w:b/>
          <w:bCs/>
          <w:sz w:val="24"/>
          <w:szCs w:val="24"/>
          <w:lang w:val="en-GB"/>
        </w:rPr>
      </w:pPr>
      <w:r w:rsidRPr="00C66754">
        <w:rPr>
          <w:rFonts w:asciiTheme="majorHAnsi" w:hAnsiTheme="majorHAnsi" w:cstheme="majorHAnsi"/>
          <w:sz w:val="24"/>
          <w:szCs w:val="24"/>
          <w:lang w:val="en-GB"/>
        </w:rPr>
        <w:t>To register, visit:</w:t>
      </w:r>
      <w:r w:rsidRPr="00C66754">
        <w:rPr>
          <w:rFonts w:asciiTheme="majorHAnsi" w:hAnsiTheme="majorHAnsi" w:cstheme="majorHAnsi"/>
          <w:sz w:val="24"/>
          <w:szCs w:val="24"/>
          <w:lang w:val="en-GB"/>
        </w:rPr>
        <w:br/>
      </w:r>
      <w:hyperlink r:id="rId11" w:history="1">
        <w:r w:rsidRPr="00647DCB">
          <w:rPr>
            <w:rStyle w:val="Hyperlink"/>
            <w:rFonts w:asciiTheme="majorHAnsi" w:hAnsiTheme="majorHAnsi" w:cstheme="majorHAnsi"/>
            <w:b/>
            <w:bCs/>
            <w:sz w:val="24"/>
            <w:szCs w:val="24"/>
            <w:lang w:val="en-GB"/>
          </w:rPr>
          <w:t>https://patients.wuth.nhs.uk/</w:t>
        </w:r>
      </w:hyperlink>
    </w:p>
    <w:p w14:paraId="33EC6778" w14:textId="77777777" w:rsidR="00C66754" w:rsidRDefault="00C66754" w:rsidP="00C66754">
      <w:pPr>
        <w:rPr>
          <w:rFonts w:asciiTheme="majorHAnsi" w:hAnsiTheme="majorHAnsi" w:cstheme="majorHAnsi"/>
          <w:b/>
          <w:bCs/>
          <w:sz w:val="24"/>
          <w:szCs w:val="24"/>
          <w:lang w:val="en-GB"/>
        </w:rPr>
      </w:pPr>
    </w:p>
    <w:p w14:paraId="30ADAE1E" w14:textId="33D600E0" w:rsidR="00C66754" w:rsidRPr="00C66754" w:rsidRDefault="00C66754" w:rsidP="00C66754">
      <w:pPr>
        <w:rPr>
          <w:rFonts w:asciiTheme="majorHAnsi" w:hAnsiTheme="majorHAnsi" w:cstheme="majorHAnsi"/>
          <w:b/>
          <w:bCs/>
          <w:sz w:val="24"/>
          <w:szCs w:val="24"/>
          <w:lang w:val="en-GB"/>
        </w:rPr>
      </w:pPr>
      <w:r w:rsidRPr="00C66754">
        <w:rPr>
          <w:rFonts w:asciiTheme="majorHAnsi" w:hAnsiTheme="majorHAnsi" w:cstheme="majorHAnsi"/>
          <w:b/>
          <w:bCs/>
          <w:sz w:val="24"/>
          <w:szCs w:val="24"/>
          <w:lang w:val="en-GB"/>
        </w:rPr>
        <w:t>Check Your Hospital Waiting Times</w:t>
      </w:r>
    </w:p>
    <w:p w14:paraId="11FD8526" w14:textId="77777777" w:rsidR="00C66754" w:rsidRPr="00C66754" w:rsidRDefault="00C66754" w:rsidP="00C66754">
      <w:pPr>
        <w:rPr>
          <w:rFonts w:asciiTheme="majorHAnsi" w:hAnsiTheme="majorHAnsi" w:cstheme="majorHAnsi"/>
          <w:sz w:val="24"/>
          <w:szCs w:val="24"/>
          <w:lang w:val="en-GB"/>
        </w:rPr>
      </w:pPr>
      <w:r w:rsidRPr="00C66754">
        <w:rPr>
          <w:rFonts w:asciiTheme="majorHAnsi" w:hAnsiTheme="majorHAnsi" w:cstheme="majorHAnsi"/>
          <w:sz w:val="24"/>
          <w:szCs w:val="24"/>
          <w:lang w:val="en-GB"/>
        </w:rPr>
        <w:t>Did you know you can now view your hospital waiting list information online?</w:t>
      </w:r>
    </w:p>
    <w:p w14:paraId="084071F5" w14:textId="5AFBA189" w:rsidR="00C66754" w:rsidRPr="00C66754" w:rsidRDefault="00C66754" w:rsidP="00C66754">
      <w:pPr>
        <w:rPr>
          <w:rFonts w:asciiTheme="majorHAnsi" w:hAnsiTheme="majorHAnsi" w:cstheme="majorHAnsi"/>
          <w:sz w:val="24"/>
          <w:szCs w:val="24"/>
          <w:lang w:val="en-GB"/>
        </w:rPr>
      </w:pPr>
      <w:r w:rsidRPr="00C66754">
        <w:rPr>
          <w:rFonts w:asciiTheme="majorHAnsi" w:hAnsiTheme="majorHAnsi" w:cstheme="majorHAnsi"/>
          <w:sz w:val="24"/>
          <w:szCs w:val="24"/>
          <w:lang w:val="en-GB"/>
        </w:rPr>
        <w:lastRenderedPageBreak/>
        <w:t>This information may be available through:</w:t>
      </w:r>
      <w:r w:rsidRPr="00C66754">
        <w:rPr>
          <w:rFonts w:asciiTheme="majorHAnsi" w:hAnsiTheme="majorHAnsi" w:cstheme="majorHAnsi"/>
          <w:sz w:val="24"/>
          <w:szCs w:val="24"/>
          <w:lang w:val="en-GB"/>
        </w:rPr>
        <w:br/>
      </w:r>
      <w:r w:rsidRPr="00C66754">
        <w:rPr>
          <w:rFonts w:ascii="Segoe UI Emoji" w:hAnsi="Segoe UI Emoji" w:cs="Segoe UI Emoji"/>
          <w:sz w:val="24"/>
          <w:szCs w:val="24"/>
          <w:lang w:val="en-GB"/>
        </w:rPr>
        <w:t>📱</w:t>
      </w:r>
      <w:r w:rsidRPr="00C66754">
        <w:rPr>
          <w:rFonts w:asciiTheme="majorHAnsi" w:hAnsiTheme="majorHAnsi" w:cstheme="majorHAnsi"/>
          <w:sz w:val="24"/>
          <w:szCs w:val="24"/>
          <w:lang w:val="en-GB"/>
        </w:rPr>
        <w:t xml:space="preserve"> </w:t>
      </w:r>
      <w:r w:rsidRPr="00C66754">
        <w:rPr>
          <w:rFonts w:asciiTheme="majorHAnsi" w:hAnsiTheme="majorHAnsi" w:cstheme="majorHAnsi"/>
          <w:b/>
          <w:bCs/>
          <w:sz w:val="24"/>
          <w:szCs w:val="24"/>
          <w:lang w:val="en-GB"/>
        </w:rPr>
        <w:t>The NHS App</w:t>
      </w:r>
      <w:r w:rsidRPr="00C66754">
        <w:rPr>
          <w:rFonts w:asciiTheme="majorHAnsi" w:hAnsiTheme="majorHAnsi" w:cstheme="majorHAnsi"/>
          <w:sz w:val="24"/>
          <w:szCs w:val="24"/>
          <w:lang w:val="en-GB"/>
        </w:rPr>
        <w:t xml:space="preserve"> under the Appointments section.</w:t>
      </w:r>
    </w:p>
    <w:p w14:paraId="2B607515" w14:textId="77777777" w:rsidR="00C66754" w:rsidRPr="00C66754" w:rsidRDefault="00C66754" w:rsidP="00C66754">
      <w:pPr>
        <w:rPr>
          <w:rFonts w:asciiTheme="majorHAnsi" w:hAnsiTheme="majorHAnsi" w:cstheme="majorHAnsi"/>
          <w:sz w:val="24"/>
          <w:szCs w:val="24"/>
          <w:lang w:val="en-GB"/>
        </w:rPr>
      </w:pPr>
      <w:r w:rsidRPr="00C66754">
        <w:rPr>
          <w:rFonts w:asciiTheme="majorHAnsi" w:hAnsiTheme="majorHAnsi" w:cstheme="majorHAnsi"/>
          <w:sz w:val="24"/>
          <w:szCs w:val="24"/>
          <w:lang w:val="en-GB"/>
        </w:rPr>
        <w:t>You can also view specialty waiting times for Wirral University Teaching Hospital via the NHS My Planned Care website, which provides information about current waiting times for different hospital departments.</w:t>
      </w:r>
    </w:p>
    <w:p w14:paraId="2E787F7F" w14:textId="77777777" w:rsidR="00C66754" w:rsidRPr="00C66754" w:rsidRDefault="00C66754" w:rsidP="00C66754">
      <w:pPr>
        <w:rPr>
          <w:rFonts w:asciiTheme="majorHAnsi" w:hAnsiTheme="majorHAnsi" w:cstheme="majorHAnsi"/>
          <w:sz w:val="24"/>
          <w:szCs w:val="24"/>
          <w:lang w:val="en-GB"/>
        </w:rPr>
      </w:pPr>
      <w:r w:rsidRPr="00C66754">
        <w:rPr>
          <w:rFonts w:asciiTheme="majorHAnsi" w:hAnsiTheme="majorHAnsi" w:cstheme="majorHAnsi"/>
          <w:sz w:val="24"/>
          <w:szCs w:val="24"/>
          <w:lang w:val="en-GB"/>
        </w:rPr>
        <w:t>Access waiting time information here:</w:t>
      </w:r>
      <w:r w:rsidRPr="00C66754">
        <w:rPr>
          <w:rFonts w:asciiTheme="majorHAnsi" w:hAnsiTheme="majorHAnsi" w:cstheme="majorHAnsi"/>
          <w:sz w:val="24"/>
          <w:szCs w:val="24"/>
          <w:lang w:val="en-GB"/>
        </w:rPr>
        <w:br/>
      </w:r>
      <w:hyperlink r:id="rId12" w:history="1">
        <w:r w:rsidRPr="00C66754">
          <w:rPr>
            <w:rStyle w:val="Hyperlink"/>
            <w:rFonts w:asciiTheme="majorHAnsi" w:hAnsiTheme="majorHAnsi" w:cstheme="majorHAnsi"/>
            <w:b/>
            <w:bCs/>
            <w:sz w:val="24"/>
            <w:szCs w:val="24"/>
            <w:lang w:val="en-GB"/>
          </w:rPr>
          <w:t>www.myplannedcare.nhs.uk</w:t>
        </w:r>
      </w:hyperlink>
    </w:p>
    <w:p w14:paraId="0732A6DE" w14:textId="0270E728" w:rsidR="00C66754" w:rsidRDefault="00C66754" w:rsidP="00332A63">
      <w:pPr>
        <w:rPr>
          <w:rFonts w:asciiTheme="majorHAnsi" w:hAnsiTheme="majorHAnsi" w:cstheme="majorHAnsi"/>
          <w:sz w:val="24"/>
          <w:szCs w:val="24"/>
          <w:lang w:val="en-GB"/>
        </w:rPr>
      </w:pPr>
      <w:r w:rsidRPr="00C66754">
        <w:rPr>
          <w:rFonts w:asciiTheme="majorHAnsi" w:hAnsiTheme="majorHAnsi" w:cstheme="majorHAnsi"/>
          <w:sz w:val="24"/>
          <w:szCs w:val="24"/>
          <w:lang w:val="en-GB"/>
        </w:rPr>
        <w:t>Please note that waiting times can vary depending on the specialty and the urgency of your condition.</w:t>
      </w:r>
    </w:p>
    <w:p w14:paraId="528BA8E5" w14:textId="77777777" w:rsidR="00C66754" w:rsidRPr="00C66754" w:rsidRDefault="00C66754" w:rsidP="00332A63">
      <w:pPr>
        <w:rPr>
          <w:rFonts w:asciiTheme="majorHAnsi" w:hAnsiTheme="majorHAnsi" w:cstheme="majorHAnsi"/>
          <w:sz w:val="24"/>
          <w:szCs w:val="24"/>
          <w:lang w:val="en-GB"/>
        </w:rPr>
      </w:pPr>
    </w:p>
    <w:p w14:paraId="1100FE2F" w14:textId="083F8088" w:rsidR="00332A63" w:rsidRPr="00332A63" w:rsidRDefault="00332A63" w:rsidP="00332A63">
      <w:pPr>
        <w:rPr>
          <w:rFonts w:asciiTheme="majorHAnsi" w:hAnsiTheme="majorHAnsi" w:cstheme="majorHAnsi"/>
          <w:b/>
          <w:bCs/>
          <w:sz w:val="24"/>
          <w:szCs w:val="24"/>
          <w:lang w:val="en-GB"/>
        </w:rPr>
      </w:pPr>
      <w:r w:rsidRPr="00332A63">
        <w:rPr>
          <w:rFonts w:ascii="Segoe UI Emoji" w:hAnsi="Segoe UI Emoji" w:cs="Segoe UI Emoji"/>
          <w:b/>
          <w:bCs/>
          <w:sz w:val="24"/>
          <w:szCs w:val="24"/>
          <w:lang w:val="en-GB"/>
        </w:rPr>
        <w:t>🤝</w:t>
      </w:r>
      <w:r w:rsidRPr="00332A63">
        <w:rPr>
          <w:rFonts w:asciiTheme="majorHAnsi" w:hAnsiTheme="majorHAnsi" w:cstheme="majorHAnsi"/>
          <w:b/>
          <w:bCs/>
          <w:sz w:val="24"/>
          <w:szCs w:val="24"/>
          <w:lang w:val="en-GB"/>
        </w:rPr>
        <w:t xml:space="preserve"> Orchard Surgery Patients Group</w:t>
      </w:r>
    </w:p>
    <w:p w14:paraId="6E2418C7"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t>Our Patients Group provides an opportunity for patients and practice staff to work together to help improve services and share information about local healthcare.</w:t>
      </w:r>
    </w:p>
    <w:p w14:paraId="79D783F9"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t>The group:</w:t>
      </w:r>
    </w:p>
    <w:p w14:paraId="5BEEE70F" w14:textId="486CD37E" w:rsidR="00332A63" w:rsidRPr="00332A63" w:rsidRDefault="00332A63" w:rsidP="00332A63">
      <w:pPr>
        <w:numPr>
          <w:ilvl w:val="0"/>
          <w:numId w:val="23"/>
        </w:numPr>
        <w:rPr>
          <w:rFonts w:asciiTheme="majorHAnsi" w:hAnsiTheme="majorHAnsi" w:cstheme="majorHAnsi"/>
          <w:sz w:val="24"/>
          <w:szCs w:val="24"/>
          <w:lang w:val="en-GB"/>
        </w:rPr>
      </w:pPr>
      <w:r w:rsidRPr="00332A63">
        <w:rPr>
          <w:rFonts w:asciiTheme="majorHAnsi" w:hAnsiTheme="majorHAnsi" w:cstheme="majorHAnsi"/>
          <w:sz w:val="24"/>
          <w:szCs w:val="24"/>
          <w:lang w:val="en-GB"/>
        </w:rPr>
        <w:t xml:space="preserve">Meets every </w:t>
      </w:r>
      <w:r w:rsidR="00566193">
        <w:rPr>
          <w:rFonts w:asciiTheme="majorHAnsi" w:hAnsiTheme="majorHAnsi" w:cstheme="majorHAnsi"/>
          <w:sz w:val="24"/>
          <w:szCs w:val="24"/>
          <w:lang w:val="en-GB"/>
        </w:rPr>
        <w:t>3 months</w:t>
      </w:r>
    </w:p>
    <w:p w14:paraId="7723112C" w14:textId="77777777" w:rsidR="00332A63" w:rsidRPr="00332A63" w:rsidRDefault="00332A63" w:rsidP="00332A63">
      <w:pPr>
        <w:numPr>
          <w:ilvl w:val="0"/>
          <w:numId w:val="23"/>
        </w:numPr>
        <w:rPr>
          <w:rFonts w:asciiTheme="majorHAnsi" w:hAnsiTheme="majorHAnsi" w:cstheme="majorHAnsi"/>
          <w:sz w:val="24"/>
          <w:szCs w:val="24"/>
          <w:lang w:val="en-GB"/>
        </w:rPr>
      </w:pPr>
      <w:r w:rsidRPr="00332A63">
        <w:rPr>
          <w:rFonts w:asciiTheme="majorHAnsi" w:hAnsiTheme="majorHAnsi" w:cstheme="majorHAnsi"/>
          <w:sz w:val="24"/>
          <w:szCs w:val="24"/>
          <w:lang w:val="en-GB"/>
        </w:rPr>
        <w:t>Discusses surgery developments and local health matters</w:t>
      </w:r>
    </w:p>
    <w:p w14:paraId="1756C650" w14:textId="77777777" w:rsidR="00332A63" w:rsidRPr="00332A63" w:rsidRDefault="00332A63" w:rsidP="00332A63">
      <w:pPr>
        <w:numPr>
          <w:ilvl w:val="0"/>
          <w:numId w:val="23"/>
        </w:numPr>
        <w:rPr>
          <w:rFonts w:asciiTheme="majorHAnsi" w:hAnsiTheme="majorHAnsi" w:cstheme="majorHAnsi"/>
          <w:sz w:val="24"/>
          <w:szCs w:val="24"/>
          <w:lang w:val="en-GB"/>
        </w:rPr>
      </w:pPr>
      <w:r w:rsidRPr="00332A63">
        <w:rPr>
          <w:rFonts w:asciiTheme="majorHAnsi" w:hAnsiTheme="majorHAnsi" w:cstheme="majorHAnsi"/>
          <w:sz w:val="24"/>
          <w:szCs w:val="24"/>
          <w:lang w:val="en-GB"/>
        </w:rPr>
        <w:t>Welcomes new members</w:t>
      </w:r>
    </w:p>
    <w:p w14:paraId="3D7FC3AA" w14:textId="08B03A21" w:rsidR="00332A63" w:rsidRPr="00332A63" w:rsidRDefault="00332A63" w:rsidP="00566193">
      <w:pPr>
        <w:rPr>
          <w:rFonts w:asciiTheme="majorHAnsi" w:hAnsiTheme="majorHAnsi" w:cstheme="majorHAnsi"/>
          <w:sz w:val="24"/>
          <w:szCs w:val="24"/>
          <w:lang w:val="en-GB"/>
        </w:rPr>
      </w:pPr>
      <w:r w:rsidRPr="00332A63">
        <w:rPr>
          <w:rFonts w:asciiTheme="majorHAnsi" w:hAnsiTheme="majorHAnsi" w:cstheme="majorHAnsi"/>
          <w:sz w:val="24"/>
          <w:szCs w:val="24"/>
          <w:lang w:val="en-GB"/>
        </w:rPr>
        <w:t>For more information, please contact</w:t>
      </w:r>
      <w:r w:rsidR="00566193">
        <w:rPr>
          <w:rFonts w:asciiTheme="majorHAnsi" w:hAnsiTheme="majorHAnsi" w:cstheme="majorHAnsi"/>
          <w:sz w:val="24"/>
          <w:szCs w:val="24"/>
          <w:lang w:val="en-GB"/>
        </w:rPr>
        <w:t xml:space="preserve"> </w:t>
      </w:r>
      <w:r w:rsidR="00566193" w:rsidRPr="00920977">
        <w:rPr>
          <w:rFonts w:asciiTheme="majorHAnsi" w:hAnsiTheme="majorHAnsi" w:cstheme="majorHAnsi"/>
          <w:b/>
          <w:bCs/>
          <w:sz w:val="24"/>
          <w:szCs w:val="24"/>
          <w:lang w:val="en-GB"/>
        </w:rPr>
        <w:t>cmicb-wi.gatekeeper-n85047@nhs.net</w:t>
      </w:r>
    </w:p>
    <w:p w14:paraId="69821C82" w14:textId="52B1DF8C" w:rsidR="00332A63" w:rsidRDefault="00316BD8" w:rsidP="00332A63">
      <w:pPr>
        <w:rPr>
          <w:rFonts w:asciiTheme="majorHAnsi" w:hAnsiTheme="majorHAnsi" w:cstheme="majorHAnsi"/>
          <w:sz w:val="24"/>
          <w:szCs w:val="24"/>
          <w:lang w:val="en-GB"/>
        </w:rPr>
      </w:pPr>
      <w:r>
        <w:rPr>
          <w:rFonts w:asciiTheme="majorHAnsi" w:hAnsiTheme="majorHAnsi" w:cstheme="majorHAnsi"/>
          <w:sz w:val="24"/>
          <w:szCs w:val="24"/>
          <w:lang w:val="en-GB"/>
        </w:rPr>
        <w:t>Next Meeting – Friday 26</w:t>
      </w:r>
      <w:r w:rsidRPr="00316BD8">
        <w:rPr>
          <w:rFonts w:asciiTheme="majorHAnsi" w:hAnsiTheme="majorHAnsi" w:cstheme="majorHAnsi"/>
          <w:sz w:val="24"/>
          <w:szCs w:val="24"/>
          <w:vertAlign w:val="superscript"/>
          <w:lang w:val="en-GB"/>
        </w:rPr>
        <w:t>th</w:t>
      </w:r>
      <w:r>
        <w:rPr>
          <w:rFonts w:asciiTheme="majorHAnsi" w:hAnsiTheme="majorHAnsi" w:cstheme="majorHAnsi"/>
          <w:sz w:val="24"/>
          <w:szCs w:val="24"/>
          <w:lang w:val="en-GB"/>
        </w:rPr>
        <w:t xml:space="preserve"> June @10:30am</w:t>
      </w:r>
    </w:p>
    <w:p w14:paraId="1A8B52D8" w14:textId="77777777" w:rsidR="00316BD8" w:rsidRPr="00332A63" w:rsidRDefault="00316BD8" w:rsidP="00332A63">
      <w:pPr>
        <w:rPr>
          <w:rFonts w:asciiTheme="majorHAnsi" w:hAnsiTheme="majorHAnsi" w:cstheme="majorHAnsi"/>
          <w:sz w:val="24"/>
          <w:szCs w:val="24"/>
          <w:lang w:val="en-GB"/>
        </w:rPr>
      </w:pPr>
    </w:p>
    <w:p w14:paraId="3F8C9991" w14:textId="77777777" w:rsidR="00332A63" w:rsidRPr="00332A63" w:rsidRDefault="00332A63" w:rsidP="00332A63">
      <w:pPr>
        <w:rPr>
          <w:rFonts w:asciiTheme="majorHAnsi" w:hAnsiTheme="majorHAnsi" w:cstheme="majorHAnsi"/>
          <w:b/>
          <w:bCs/>
          <w:sz w:val="24"/>
          <w:szCs w:val="24"/>
          <w:lang w:val="en-GB"/>
        </w:rPr>
      </w:pPr>
      <w:r w:rsidRPr="00332A63">
        <w:rPr>
          <w:rFonts w:ascii="Segoe UI Emoji" w:hAnsi="Segoe UI Emoji" w:cs="Segoe UI Emoji"/>
          <w:b/>
          <w:bCs/>
          <w:sz w:val="24"/>
          <w:szCs w:val="24"/>
          <w:lang w:val="en-GB"/>
        </w:rPr>
        <w:t>🌟</w:t>
      </w:r>
      <w:r w:rsidRPr="00332A63">
        <w:rPr>
          <w:rFonts w:asciiTheme="majorHAnsi" w:hAnsiTheme="majorHAnsi" w:cstheme="majorHAnsi"/>
          <w:b/>
          <w:bCs/>
          <w:sz w:val="24"/>
          <w:szCs w:val="24"/>
          <w:lang w:val="en-GB"/>
        </w:rPr>
        <w:t xml:space="preserve"> Community Support – Koala North West</w:t>
      </w:r>
    </w:p>
    <w:p w14:paraId="0FEC3090"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b/>
          <w:bCs/>
          <w:sz w:val="24"/>
          <w:szCs w:val="24"/>
          <w:lang w:val="en-GB"/>
        </w:rPr>
        <w:t>Koala North West</w:t>
      </w:r>
      <w:r w:rsidRPr="00332A63">
        <w:rPr>
          <w:rFonts w:asciiTheme="majorHAnsi" w:hAnsiTheme="majorHAnsi" w:cstheme="majorHAnsi"/>
          <w:sz w:val="24"/>
          <w:szCs w:val="24"/>
          <w:lang w:val="en-GB"/>
        </w:rPr>
        <w:t xml:space="preserve"> is a local charity supporting families with a range of wellbeing and parenting services.</w:t>
      </w:r>
    </w:p>
    <w:p w14:paraId="730FB277"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t>Support includes:</w:t>
      </w:r>
    </w:p>
    <w:p w14:paraId="3C3E7B3D" w14:textId="77777777" w:rsidR="00332A63" w:rsidRPr="00332A63" w:rsidRDefault="00332A63" w:rsidP="00332A63">
      <w:pPr>
        <w:numPr>
          <w:ilvl w:val="0"/>
          <w:numId w:val="24"/>
        </w:numPr>
        <w:rPr>
          <w:rFonts w:asciiTheme="majorHAnsi" w:hAnsiTheme="majorHAnsi" w:cstheme="majorHAnsi"/>
          <w:sz w:val="24"/>
          <w:szCs w:val="24"/>
          <w:lang w:val="en-GB"/>
        </w:rPr>
      </w:pPr>
      <w:r w:rsidRPr="00332A63">
        <w:rPr>
          <w:rFonts w:asciiTheme="majorHAnsi" w:hAnsiTheme="majorHAnsi" w:cstheme="majorHAnsi"/>
          <w:sz w:val="24"/>
          <w:szCs w:val="24"/>
          <w:lang w:val="en-GB"/>
        </w:rPr>
        <w:t>Breastfeeding support</w:t>
      </w:r>
    </w:p>
    <w:p w14:paraId="440A9E50" w14:textId="77777777" w:rsidR="00332A63" w:rsidRPr="00332A63" w:rsidRDefault="00332A63" w:rsidP="00332A63">
      <w:pPr>
        <w:numPr>
          <w:ilvl w:val="0"/>
          <w:numId w:val="24"/>
        </w:numPr>
        <w:rPr>
          <w:rFonts w:asciiTheme="majorHAnsi" w:hAnsiTheme="majorHAnsi" w:cstheme="majorHAnsi"/>
          <w:sz w:val="24"/>
          <w:szCs w:val="24"/>
          <w:lang w:val="en-GB"/>
        </w:rPr>
      </w:pPr>
      <w:r w:rsidRPr="00332A63">
        <w:rPr>
          <w:rFonts w:asciiTheme="majorHAnsi" w:hAnsiTheme="majorHAnsi" w:cstheme="majorHAnsi"/>
          <w:sz w:val="24"/>
          <w:szCs w:val="24"/>
          <w:lang w:val="en-GB"/>
        </w:rPr>
        <w:t>Family wellbeing services</w:t>
      </w:r>
    </w:p>
    <w:p w14:paraId="66684405" w14:textId="77777777" w:rsidR="00332A63" w:rsidRPr="00332A63" w:rsidRDefault="00332A63" w:rsidP="00332A63">
      <w:pPr>
        <w:numPr>
          <w:ilvl w:val="0"/>
          <w:numId w:val="24"/>
        </w:numPr>
        <w:rPr>
          <w:rFonts w:asciiTheme="majorHAnsi" w:hAnsiTheme="majorHAnsi" w:cstheme="majorHAnsi"/>
          <w:sz w:val="24"/>
          <w:szCs w:val="24"/>
          <w:lang w:val="en-GB"/>
        </w:rPr>
      </w:pPr>
      <w:r w:rsidRPr="00332A63">
        <w:rPr>
          <w:rFonts w:asciiTheme="majorHAnsi" w:hAnsiTheme="majorHAnsi" w:cstheme="majorHAnsi"/>
          <w:sz w:val="24"/>
          <w:szCs w:val="24"/>
          <w:lang w:val="en-GB"/>
        </w:rPr>
        <w:t>Parenting advice</w:t>
      </w:r>
    </w:p>
    <w:p w14:paraId="49064F4E" w14:textId="77777777" w:rsidR="00332A63" w:rsidRPr="00332A63" w:rsidRDefault="00332A63" w:rsidP="00332A63">
      <w:pPr>
        <w:numPr>
          <w:ilvl w:val="0"/>
          <w:numId w:val="24"/>
        </w:numPr>
        <w:rPr>
          <w:rFonts w:asciiTheme="majorHAnsi" w:hAnsiTheme="majorHAnsi" w:cstheme="majorHAnsi"/>
          <w:sz w:val="24"/>
          <w:szCs w:val="24"/>
          <w:lang w:val="en-GB"/>
        </w:rPr>
      </w:pPr>
      <w:r w:rsidRPr="00332A63">
        <w:rPr>
          <w:rFonts w:asciiTheme="majorHAnsi" w:hAnsiTheme="majorHAnsi" w:cstheme="majorHAnsi"/>
          <w:sz w:val="24"/>
          <w:szCs w:val="24"/>
          <w:lang w:val="en-GB"/>
        </w:rPr>
        <w:t>Children's sleep support</w:t>
      </w:r>
    </w:p>
    <w:p w14:paraId="121D34DC"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t>Koala's experienced team offers practical help to families across the region.</w:t>
      </w:r>
    </w:p>
    <w:p w14:paraId="786DEB80" w14:textId="4FAE954B" w:rsidR="00332A63" w:rsidRPr="00332A63" w:rsidRDefault="00332A63" w:rsidP="00332A63">
      <w:pPr>
        <w:rPr>
          <w:rFonts w:asciiTheme="majorHAnsi" w:hAnsiTheme="majorHAnsi" w:cstheme="majorHAnsi"/>
          <w:sz w:val="24"/>
          <w:szCs w:val="24"/>
          <w:lang w:val="en-GB"/>
        </w:rPr>
      </w:pPr>
    </w:p>
    <w:p w14:paraId="2BF07FD8" w14:textId="274215D0" w:rsidR="00332A63" w:rsidRPr="00332A63" w:rsidRDefault="00332A63" w:rsidP="00332A63">
      <w:pPr>
        <w:rPr>
          <w:rFonts w:asciiTheme="majorHAnsi" w:hAnsiTheme="majorHAnsi" w:cstheme="majorHAnsi"/>
          <w:b/>
          <w:bCs/>
          <w:sz w:val="24"/>
          <w:szCs w:val="24"/>
          <w:lang w:val="en-GB"/>
        </w:rPr>
      </w:pPr>
      <w:r w:rsidRPr="00332A63">
        <w:rPr>
          <w:rFonts w:asciiTheme="majorHAnsi" w:hAnsiTheme="majorHAnsi" w:cstheme="majorHAnsi"/>
          <w:b/>
          <w:bCs/>
          <w:sz w:val="24"/>
          <w:szCs w:val="24"/>
          <w:lang w:val="en-GB"/>
        </w:rPr>
        <w:t>Bank Holiday Closure</w:t>
      </w:r>
    </w:p>
    <w:p w14:paraId="44653C23" w14:textId="5EBCE32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lastRenderedPageBreak/>
        <w:t xml:space="preserve">Please note that the surgery will be closed for the </w:t>
      </w:r>
      <w:r w:rsidR="00566193">
        <w:rPr>
          <w:rFonts w:asciiTheme="majorHAnsi" w:hAnsiTheme="majorHAnsi" w:cstheme="majorHAnsi"/>
          <w:sz w:val="24"/>
          <w:szCs w:val="24"/>
          <w:lang w:val="en-GB"/>
        </w:rPr>
        <w:t xml:space="preserve">August Bank Holiday </w:t>
      </w:r>
    </w:p>
    <w:p w14:paraId="56577E62" w14:textId="7A6BC726" w:rsidR="00332A63" w:rsidRPr="00332A63" w:rsidRDefault="00332A63" w:rsidP="00332A63">
      <w:pPr>
        <w:numPr>
          <w:ilvl w:val="0"/>
          <w:numId w:val="26"/>
        </w:numPr>
        <w:rPr>
          <w:rFonts w:asciiTheme="majorHAnsi" w:hAnsiTheme="majorHAnsi" w:cstheme="majorHAnsi"/>
          <w:sz w:val="24"/>
          <w:szCs w:val="24"/>
          <w:lang w:val="en-GB"/>
        </w:rPr>
      </w:pPr>
      <w:r w:rsidRPr="00332A63">
        <w:rPr>
          <w:rFonts w:asciiTheme="majorHAnsi" w:hAnsiTheme="majorHAnsi" w:cstheme="majorHAnsi"/>
          <w:sz w:val="24"/>
          <w:szCs w:val="24"/>
          <w:lang w:val="en-GB"/>
        </w:rPr>
        <w:t xml:space="preserve">Monday </w:t>
      </w:r>
      <w:r w:rsidR="00566193">
        <w:rPr>
          <w:rFonts w:asciiTheme="majorHAnsi" w:hAnsiTheme="majorHAnsi" w:cstheme="majorHAnsi"/>
          <w:sz w:val="24"/>
          <w:szCs w:val="24"/>
          <w:lang w:val="en-GB"/>
        </w:rPr>
        <w:t>31</w:t>
      </w:r>
      <w:r w:rsidR="00566193" w:rsidRPr="00566193">
        <w:rPr>
          <w:rFonts w:asciiTheme="majorHAnsi" w:hAnsiTheme="majorHAnsi" w:cstheme="majorHAnsi"/>
          <w:sz w:val="24"/>
          <w:szCs w:val="24"/>
          <w:vertAlign w:val="superscript"/>
          <w:lang w:val="en-GB"/>
        </w:rPr>
        <w:t>st</w:t>
      </w:r>
      <w:r w:rsidR="00566193">
        <w:rPr>
          <w:rFonts w:asciiTheme="majorHAnsi" w:hAnsiTheme="majorHAnsi" w:cstheme="majorHAnsi"/>
          <w:sz w:val="24"/>
          <w:szCs w:val="24"/>
          <w:lang w:val="en-GB"/>
        </w:rPr>
        <w:t xml:space="preserve"> August 2026</w:t>
      </w:r>
    </w:p>
    <w:p w14:paraId="759867DD" w14:textId="77777777" w:rsidR="00332A63" w:rsidRPr="00332A63" w:rsidRDefault="00332A63" w:rsidP="00332A63">
      <w:pPr>
        <w:rPr>
          <w:rFonts w:asciiTheme="majorHAnsi" w:hAnsiTheme="majorHAnsi" w:cstheme="majorHAnsi"/>
          <w:sz w:val="24"/>
          <w:szCs w:val="24"/>
          <w:lang w:val="en-GB"/>
        </w:rPr>
      </w:pPr>
      <w:r w:rsidRPr="00332A63">
        <w:rPr>
          <w:rFonts w:asciiTheme="majorHAnsi" w:hAnsiTheme="majorHAnsi" w:cstheme="majorHAnsi"/>
          <w:sz w:val="24"/>
          <w:szCs w:val="24"/>
          <w:lang w:val="en-GB"/>
        </w:rPr>
        <w:t>If you need medical advice during this time, please visit NHS 111 Online or call 111.</w:t>
      </w:r>
    </w:p>
    <w:p w14:paraId="6BE24133" w14:textId="1437319D" w:rsidR="00920977" w:rsidRPr="00920977" w:rsidRDefault="00332A63" w:rsidP="00920977">
      <w:pPr>
        <w:rPr>
          <w:rFonts w:asciiTheme="majorHAnsi" w:hAnsiTheme="majorHAnsi" w:cstheme="majorHAnsi"/>
          <w:vanish/>
          <w:sz w:val="24"/>
          <w:szCs w:val="24"/>
          <w:lang w:val="en-GB"/>
        </w:rPr>
      </w:pPr>
      <w:r w:rsidRPr="00332A63">
        <w:rPr>
          <w:rFonts w:asciiTheme="majorHAnsi" w:hAnsiTheme="majorHAnsi" w:cstheme="majorHAnsi"/>
          <w:i/>
          <w:iCs/>
          <w:color w:val="FF0000"/>
          <w:sz w:val="24"/>
          <w:szCs w:val="24"/>
          <w:lang w:val="en-GB"/>
        </w:rPr>
        <w:t xml:space="preserve">From everyone at Orchard Surgery, we wish all our patients and their families a very happy and healthy </w:t>
      </w:r>
      <w:r w:rsidR="00566193" w:rsidRPr="00316BD8">
        <w:rPr>
          <w:rFonts w:asciiTheme="majorHAnsi" w:hAnsiTheme="majorHAnsi" w:cstheme="majorHAnsi"/>
          <w:i/>
          <w:iCs/>
          <w:color w:val="FF0000"/>
          <w:sz w:val="24"/>
          <w:szCs w:val="24"/>
          <w:lang w:val="en-GB"/>
        </w:rPr>
        <w:t>summer</w:t>
      </w:r>
      <w:r w:rsidR="00920977" w:rsidRPr="00920977">
        <w:rPr>
          <w:rFonts w:asciiTheme="majorHAnsi" w:hAnsiTheme="majorHAnsi" w:cstheme="majorHAnsi"/>
          <w:vanish/>
          <w:sz w:val="24"/>
          <w:szCs w:val="24"/>
          <w:lang w:val="en-GB"/>
        </w:rPr>
        <w:t>Bottom of Form</w:t>
      </w:r>
    </w:p>
    <w:p w14:paraId="4D03CA39" w14:textId="61EC2EC5" w:rsidR="00920977" w:rsidRPr="00CD2F27" w:rsidRDefault="00920977" w:rsidP="00920977">
      <w:pPr>
        <w:rPr>
          <w:rFonts w:asciiTheme="majorHAnsi" w:hAnsiTheme="majorHAnsi" w:cstheme="majorHAnsi"/>
          <w:sz w:val="24"/>
          <w:szCs w:val="24"/>
          <w:lang w:val="en-GB"/>
        </w:rPr>
      </w:pPr>
    </w:p>
    <w:sectPr w:rsidR="00920977" w:rsidRPr="00CD2F27" w:rsidSect="0025590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8CD266" w14:textId="77777777" w:rsidR="00582166" w:rsidRDefault="00582166" w:rsidP="00255907">
      <w:pPr>
        <w:spacing w:after="0" w:line="240" w:lineRule="auto"/>
      </w:pPr>
      <w:r>
        <w:separator/>
      </w:r>
    </w:p>
  </w:endnote>
  <w:endnote w:type="continuationSeparator" w:id="0">
    <w:p w14:paraId="703D4A4F" w14:textId="77777777" w:rsidR="00582166" w:rsidRDefault="00582166" w:rsidP="00255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03AD98" w14:textId="77777777" w:rsidR="00582166" w:rsidRDefault="00582166" w:rsidP="00255907">
      <w:pPr>
        <w:spacing w:after="0" w:line="240" w:lineRule="auto"/>
      </w:pPr>
      <w:r>
        <w:separator/>
      </w:r>
    </w:p>
  </w:footnote>
  <w:footnote w:type="continuationSeparator" w:id="0">
    <w:p w14:paraId="0952335D" w14:textId="77777777" w:rsidR="00582166" w:rsidRDefault="00582166" w:rsidP="0025590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6732C5"/>
    <w:multiLevelType w:val="multilevel"/>
    <w:tmpl w:val="FE128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BC2AA0"/>
    <w:multiLevelType w:val="multilevel"/>
    <w:tmpl w:val="04941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4B2F1A"/>
    <w:multiLevelType w:val="multilevel"/>
    <w:tmpl w:val="85B4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213B8D"/>
    <w:multiLevelType w:val="multilevel"/>
    <w:tmpl w:val="99FA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0869B2"/>
    <w:multiLevelType w:val="multilevel"/>
    <w:tmpl w:val="26A01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900D39"/>
    <w:multiLevelType w:val="multilevel"/>
    <w:tmpl w:val="EC46E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371D4B"/>
    <w:multiLevelType w:val="multilevel"/>
    <w:tmpl w:val="1B609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AA67F2"/>
    <w:multiLevelType w:val="multilevel"/>
    <w:tmpl w:val="16008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56F4889"/>
    <w:multiLevelType w:val="multilevel"/>
    <w:tmpl w:val="0C429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59734F"/>
    <w:multiLevelType w:val="multilevel"/>
    <w:tmpl w:val="D812B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910E37"/>
    <w:multiLevelType w:val="multilevel"/>
    <w:tmpl w:val="F488B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1610D46"/>
    <w:multiLevelType w:val="multilevel"/>
    <w:tmpl w:val="D53AA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7414D5"/>
    <w:multiLevelType w:val="multilevel"/>
    <w:tmpl w:val="A762D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A566B3"/>
    <w:multiLevelType w:val="multilevel"/>
    <w:tmpl w:val="78B8C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ED0672"/>
    <w:multiLevelType w:val="multilevel"/>
    <w:tmpl w:val="F7A62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117DCB"/>
    <w:multiLevelType w:val="multilevel"/>
    <w:tmpl w:val="4E42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1F5A75"/>
    <w:multiLevelType w:val="multilevel"/>
    <w:tmpl w:val="138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F34311A"/>
    <w:multiLevelType w:val="multilevel"/>
    <w:tmpl w:val="C8BC9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9012929">
    <w:abstractNumId w:val="8"/>
  </w:num>
  <w:num w:numId="2" w16cid:durableId="1504856484">
    <w:abstractNumId w:val="6"/>
  </w:num>
  <w:num w:numId="3" w16cid:durableId="635182904">
    <w:abstractNumId w:val="5"/>
  </w:num>
  <w:num w:numId="4" w16cid:durableId="1040475459">
    <w:abstractNumId w:val="4"/>
  </w:num>
  <w:num w:numId="5" w16cid:durableId="329061462">
    <w:abstractNumId w:val="7"/>
  </w:num>
  <w:num w:numId="6" w16cid:durableId="912854702">
    <w:abstractNumId w:val="3"/>
  </w:num>
  <w:num w:numId="7" w16cid:durableId="1662350985">
    <w:abstractNumId w:val="2"/>
  </w:num>
  <w:num w:numId="8" w16cid:durableId="720906131">
    <w:abstractNumId w:val="1"/>
  </w:num>
  <w:num w:numId="9" w16cid:durableId="489754367">
    <w:abstractNumId w:val="0"/>
  </w:num>
  <w:num w:numId="10" w16cid:durableId="932400771">
    <w:abstractNumId w:val="11"/>
  </w:num>
  <w:num w:numId="11" w16cid:durableId="1079594961">
    <w:abstractNumId w:val="13"/>
  </w:num>
  <w:num w:numId="12" w16cid:durableId="2105108416">
    <w:abstractNumId w:val="14"/>
  </w:num>
  <w:num w:numId="13" w16cid:durableId="724571203">
    <w:abstractNumId w:val="23"/>
  </w:num>
  <w:num w:numId="14" w16cid:durableId="1642073381">
    <w:abstractNumId w:val="24"/>
  </w:num>
  <w:num w:numId="15" w16cid:durableId="205878118">
    <w:abstractNumId w:val="22"/>
  </w:num>
  <w:num w:numId="16" w16cid:durableId="1965647872">
    <w:abstractNumId w:val="20"/>
  </w:num>
  <w:num w:numId="17" w16cid:durableId="1542933220">
    <w:abstractNumId w:val="12"/>
  </w:num>
  <w:num w:numId="18" w16cid:durableId="284775878">
    <w:abstractNumId w:val="16"/>
  </w:num>
  <w:num w:numId="19" w16cid:durableId="320231465">
    <w:abstractNumId w:val="19"/>
  </w:num>
  <w:num w:numId="20" w16cid:durableId="2056849594">
    <w:abstractNumId w:val="10"/>
  </w:num>
  <w:num w:numId="21" w16cid:durableId="347291153">
    <w:abstractNumId w:val="26"/>
  </w:num>
  <w:num w:numId="22" w16cid:durableId="982731629">
    <w:abstractNumId w:val="17"/>
  </w:num>
  <w:num w:numId="23" w16cid:durableId="2020428309">
    <w:abstractNumId w:val="21"/>
  </w:num>
  <w:num w:numId="24" w16cid:durableId="219438707">
    <w:abstractNumId w:val="25"/>
  </w:num>
  <w:num w:numId="25" w16cid:durableId="438376090">
    <w:abstractNumId w:val="9"/>
  </w:num>
  <w:num w:numId="26" w16cid:durableId="480345981">
    <w:abstractNumId w:val="15"/>
  </w:num>
  <w:num w:numId="27" w16cid:durableId="177690008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E123A"/>
    <w:rsid w:val="0015074B"/>
    <w:rsid w:val="00157F3A"/>
    <w:rsid w:val="00255907"/>
    <w:rsid w:val="0029639D"/>
    <w:rsid w:val="00316BD8"/>
    <w:rsid w:val="00326F90"/>
    <w:rsid w:val="00332A63"/>
    <w:rsid w:val="00460EE8"/>
    <w:rsid w:val="00531410"/>
    <w:rsid w:val="005649E2"/>
    <w:rsid w:val="00566193"/>
    <w:rsid w:val="00582166"/>
    <w:rsid w:val="0061537C"/>
    <w:rsid w:val="007539A9"/>
    <w:rsid w:val="00920977"/>
    <w:rsid w:val="0098188F"/>
    <w:rsid w:val="00A7639C"/>
    <w:rsid w:val="00AA1D8D"/>
    <w:rsid w:val="00B47730"/>
    <w:rsid w:val="00B84DB3"/>
    <w:rsid w:val="00B914AF"/>
    <w:rsid w:val="00BB2276"/>
    <w:rsid w:val="00C66754"/>
    <w:rsid w:val="00CB0664"/>
    <w:rsid w:val="00CD2F27"/>
    <w:rsid w:val="00E2222D"/>
    <w:rsid w:val="00EB2FCF"/>
    <w:rsid w:val="00F00637"/>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E919CA0"/>
  <w14:defaultImageDpi w14:val="300"/>
  <w15:docId w15:val="{5DA46184-D4DF-40C0-ACEF-9D489040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255907"/>
    <w:rPr>
      <w:color w:val="0000FF" w:themeColor="hyperlink"/>
      <w:u w:val="single"/>
    </w:rPr>
  </w:style>
  <w:style w:type="character" w:styleId="UnresolvedMention">
    <w:name w:val="Unresolved Mention"/>
    <w:basedOn w:val="DefaultParagraphFont"/>
    <w:uiPriority w:val="99"/>
    <w:semiHidden/>
    <w:unhideWhenUsed/>
    <w:rsid w:val="002559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53538">
      <w:bodyDiv w:val="1"/>
      <w:marLeft w:val="0"/>
      <w:marRight w:val="0"/>
      <w:marTop w:val="0"/>
      <w:marBottom w:val="0"/>
      <w:divBdr>
        <w:top w:val="none" w:sz="0" w:space="0" w:color="auto"/>
        <w:left w:val="none" w:sz="0" w:space="0" w:color="auto"/>
        <w:bottom w:val="none" w:sz="0" w:space="0" w:color="auto"/>
        <w:right w:val="none" w:sz="0" w:space="0" w:color="auto"/>
      </w:divBdr>
    </w:div>
    <w:div w:id="84345616">
      <w:bodyDiv w:val="1"/>
      <w:marLeft w:val="0"/>
      <w:marRight w:val="0"/>
      <w:marTop w:val="0"/>
      <w:marBottom w:val="0"/>
      <w:divBdr>
        <w:top w:val="none" w:sz="0" w:space="0" w:color="auto"/>
        <w:left w:val="none" w:sz="0" w:space="0" w:color="auto"/>
        <w:bottom w:val="none" w:sz="0" w:space="0" w:color="auto"/>
        <w:right w:val="none" w:sz="0" w:space="0" w:color="auto"/>
      </w:divBdr>
      <w:divsChild>
        <w:div w:id="1152940788">
          <w:marLeft w:val="0"/>
          <w:marRight w:val="0"/>
          <w:marTop w:val="0"/>
          <w:marBottom w:val="0"/>
          <w:divBdr>
            <w:top w:val="none" w:sz="0" w:space="0" w:color="auto"/>
            <w:left w:val="none" w:sz="0" w:space="0" w:color="auto"/>
            <w:bottom w:val="none" w:sz="0" w:space="0" w:color="auto"/>
            <w:right w:val="none" w:sz="0" w:space="0" w:color="auto"/>
          </w:divBdr>
          <w:divsChild>
            <w:div w:id="1339700937">
              <w:marLeft w:val="0"/>
              <w:marRight w:val="0"/>
              <w:marTop w:val="0"/>
              <w:marBottom w:val="0"/>
              <w:divBdr>
                <w:top w:val="none" w:sz="0" w:space="0" w:color="auto"/>
                <w:left w:val="none" w:sz="0" w:space="0" w:color="auto"/>
                <w:bottom w:val="none" w:sz="0" w:space="0" w:color="auto"/>
                <w:right w:val="none" w:sz="0" w:space="0" w:color="auto"/>
              </w:divBdr>
              <w:divsChild>
                <w:div w:id="522549245">
                  <w:marLeft w:val="0"/>
                  <w:marRight w:val="0"/>
                  <w:marTop w:val="0"/>
                  <w:marBottom w:val="0"/>
                  <w:divBdr>
                    <w:top w:val="none" w:sz="0" w:space="0" w:color="auto"/>
                    <w:left w:val="none" w:sz="0" w:space="0" w:color="auto"/>
                    <w:bottom w:val="none" w:sz="0" w:space="0" w:color="auto"/>
                    <w:right w:val="none" w:sz="0" w:space="0" w:color="auto"/>
                  </w:divBdr>
                  <w:divsChild>
                    <w:div w:id="1005666960">
                      <w:marLeft w:val="0"/>
                      <w:marRight w:val="0"/>
                      <w:marTop w:val="0"/>
                      <w:marBottom w:val="0"/>
                      <w:divBdr>
                        <w:top w:val="none" w:sz="0" w:space="0" w:color="auto"/>
                        <w:left w:val="none" w:sz="0" w:space="0" w:color="auto"/>
                        <w:bottom w:val="none" w:sz="0" w:space="0" w:color="auto"/>
                        <w:right w:val="none" w:sz="0" w:space="0" w:color="auto"/>
                      </w:divBdr>
                      <w:divsChild>
                        <w:div w:id="1957449398">
                          <w:marLeft w:val="0"/>
                          <w:marRight w:val="0"/>
                          <w:marTop w:val="0"/>
                          <w:marBottom w:val="0"/>
                          <w:divBdr>
                            <w:top w:val="none" w:sz="0" w:space="0" w:color="auto"/>
                            <w:left w:val="none" w:sz="0" w:space="0" w:color="auto"/>
                            <w:bottom w:val="none" w:sz="0" w:space="0" w:color="auto"/>
                            <w:right w:val="none" w:sz="0" w:space="0" w:color="auto"/>
                          </w:divBdr>
                          <w:divsChild>
                            <w:div w:id="1337656824">
                              <w:marLeft w:val="0"/>
                              <w:marRight w:val="0"/>
                              <w:marTop w:val="0"/>
                              <w:marBottom w:val="0"/>
                              <w:divBdr>
                                <w:top w:val="none" w:sz="0" w:space="0" w:color="auto"/>
                                <w:left w:val="none" w:sz="0" w:space="0" w:color="auto"/>
                                <w:bottom w:val="none" w:sz="0" w:space="0" w:color="auto"/>
                                <w:right w:val="none" w:sz="0" w:space="0" w:color="auto"/>
                              </w:divBdr>
                              <w:divsChild>
                                <w:div w:id="1408963444">
                                  <w:marLeft w:val="0"/>
                                  <w:marRight w:val="0"/>
                                  <w:marTop w:val="0"/>
                                  <w:marBottom w:val="0"/>
                                  <w:divBdr>
                                    <w:top w:val="none" w:sz="0" w:space="0" w:color="auto"/>
                                    <w:left w:val="none" w:sz="0" w:space="0" w:color="auto"/>
                                    <w:bottom w:val="none" w:sz="0" w:space="0" w:color="auto"/>
                                    <w:right w:val="none" w:sz="0" w:space="0" w:color="auto"/>
                                  </w:divBdr>
                                  <w:divsChild>
                                    <w:div w:id="367070675">
                                      <w:marLeft w:val="0"/>
                                      <w:marRight w:val="0"/>
                                      <w:marTop w:val="0"/>
                                      <w:marBottom w:val="0"/>
                                      <w:divBdr>
                                        <w:top w:val="none" w:sz="0" w:space="0" w:color="auto"/>
                                        <w:left w:val="none" w:sz="0" w:space="0" w:color="auto"/>
                                        <w:bottom w:val="none" w:sz="0" w:space="0" w:color="auto"/>
                                        <w:right w:val="none" w:sz="0" w:space="0" w:color="auto"/>
                                      </w:divBdr>
                                      <w:divsChild>
                                        <w:div w:id="702364009">
                                          <w:marLeft w:val="0"/>
                                          <w:marRight w:val="0"/>
                                          <w:marTop w:val="0"/>
                                          <w:marBottom w:val="0"/>
                                          <w:divBdr>
                                            <w:top w:val="none" w:sz="0" w:space="0" w:color="auto"/>
                                            <w:left w:val="none" w:sz="0" w:space="0" w:color="auto"/>
                                            <w:bottom w:val="none" w:sz="0" w:space="0" w:color="auto"/>
                                            <w:right w:val="none" w:sz="0" w:space="0" w:color="auto"/>
                                          </w:divBdr>
                                          <w:divsChild>
                                            <w:div w:id="1024289470">
                                              <w:marLeft w:val="0"/>
                                              <w:marRight w:val="0"/>
                                              <w:marTop w:val="0"/>
                                              <w:marBottom w:val="0"/>
                                              <w:divBdr>
                                                <w:top w:val="none" w:sz="0" w:space="0" w:color="auto"/>
                                                <w:left w:val="none" w:sz="0" w:space="0" w:color="auto"/>
                                                <w:bottom w:val="none" w:sz="0" w:space="0" w:color="auto"/>
                                                <w:right w:val="none" w:sz="0" w:space="0" w:color="auto"/>
                                              </w:divBdr>
                                              <w:divsChild>
                                                <w:div w:id="257712307">
                                                  <w:marLeft w:val="0"/>
                                                  <w:marRight w:val="0"/>
                                                  <w:marTop w:val="0"/>
                                                  <w:marBottom w:val="0"/>
                                                  <w:divBdr>
                                                    <w:top w:val="none" w:sz="0" w:space="0" w:color="auto"/>
                                                    <w:left w:val="none" w:sz="0" w:space="0" w:color="auto"/>
                                                    <w:bottom w:val="none" w:sz="0" w:space="0" w:color="auto"/>
                                                    <w:right w:val="none" w:sz="0" w:space="0" w:color="auto"/>
                                                  </w:divBdr>
                                                  <w:divsChild>
                                                    <w:div w:id="159279852">
                                                      <w:marLeft w:val="0"/>
                                                      <w:marRight w:val="0"/>
                                                      <w:marTop w:val="0"/>
                                                      <w:marBottom w:val="0"/>
                                                      <w:divBdr>
                                                        <w:top w:val="none" w:sz="0" w:space="0" w:color="auto"/>
                                                        <w:left w:val="none" w:sz="0" w:space="0" w:color="auto"/>
                                                        <w:bottom w:val="none" w:sz="0" w:space="0" w:color="auto"/>
                                                        <w:right w:val="none" w:sz="0" w:space="0" w:color="auto"/>
                                                      </w:divBdr>
                                                      <w:divsChild>
                                                        <w:div w:id="1621760796">
                                                          <w:marLeft w:val="0"/>
                                                          <w:marRight w:val="0"/>
                                                          <w:marTop w:val="0"/>
                                                          <w:marBottom w:val="0"/>
                                                          <w:divBdr>
                                                            <w:top w:val="none" w:sz="0" w:space="0" w:color="auto"/>
                                                            <w:left w:val="none" w:sz="0" w:space="0" w:color="auto"/>
                                                            <w:bottom w:val="none" w:sz="0" w:space="0" w:color="auto"/>
                                                            <w:right w:val="none" w:sz="0" w:space="0" w:color="auto"/>
                                                          </w:divBdr>
                                                          <w:divsChild>
                                                            <w:div w:id="1515457382">
                                                              <w:marLeft w:val="0"/>
                                                              <w:marRight w:val="0"/>
                                                              <w:marTop w:val="0"/>
                                                              <w:marBottom w:val="0"/>
                                                              <w:divBdr>
                                                                <w:top w:val="none" w:sz="0" w:space="0" w:color="auto"/>
                                                                <w:left w:val="none" w:sz="0" w:space="0" w:color="auto"/>
                                                                <w:bottom w:val="none" w:sz="0" w:space="0" w:color="auto"/>
                                                                <w:right w:val="none" w:sz="0" w:space="0" w:color="auto"/>
                                                              </w:divBdr>
                                                              <w:divsChild>
                                                                <w:div w:id="1375931128">
                                                                  <w:marLeft w:val="0"/>
                                                                  <w:marRight w:val="0"/>
                                                                  <w:marTop w:val="0"/>
                                                                  <w:marBottom w:val="0"/>
                                                                  <w:divBdr>
                                                                    <w:top w:val="none" w:sz="0" w:space="0" w:color="auto"/>
                                                                    <w:left w:val="none" w:sz="0" w:space="0" w:color="auto"/>
                                                                    <w:bottom w:val="none" w:sz="0" w:space="0" w:color="auto"/>
                                                                    <w:right w:val="none" w:sz="0" w:space="0" w:color="auto"/>
                                                                  </w:divBdr>
                                                                  <w:divsChild>
                                                                    <w:div w:id="891770064">
                                                                      <w:marLeft w:val="0"/>
                                                                      <w:marRight w:val="0"/>
                                                                      <w:marTop w:val="0"/>
                                                                      <w:marBottom w:val="0"/>
                                                                      <w:divBdr>
                                                                        <w:top w:val="none" w:sz="0" w:space="0" w:color="auto"/>
                                                                        <w:left w:val="none" w:sz="0" w:space="0" w:color="auto"/>
                                                                        <w:bottom w:val="none" w:sz="0" w:space="0" w:color="auto"/>
                                                                        <w:right w:val="none" w:sz="0" w:space="0" w:color="auto"/>
                                                                      </w:divBdr>
                                                                      <w:divsChild>
                                                                        <w:div w:id="702242754">
                                                                          <w:marLeft w:val="0"/>
                                                                          <w:marRight w:val="0"/>
                                                                          <w:marTop w:val="0"/>
                                                                          <w:marBottom w:val="0"/>
                                                                          <w:divBdr>
                                                                            <w:top w:val="none" w:sz="0" w:space="0" w:color="auto"/>
                                                                            <w:left w:val="none" w:sz="0" w:space="0" w:color="auto"/>
                                                                            <w:bottom w:val="none" w:sz="0" w:space="0" w:color="auto"/>
                                                                            <w:right w:val="none" w:sz="0" w:space="0" w:color="auto"/>
                                                                          </w:divBdr>
                                                                          <w:divsChild>
                                                                            <w:div w:id="1290016647">
                                                                              <w:marLeft w:val="0"/>
                                                                              <w:marRight w:val="0"/>
                                                                              <w:marTop w:val="0"/>
                                                                              <w:marBottom w:val="0"/>
                                                                              <w:divBdr>
                                                                                <w:top w:val="none" w:sz="0" w:space="0" w:color="auto"/>
                                                                                <w:left w:val="none" w:sz="0" w:space="0" w:color="auto"/>
                                                                                <w:bottom w:val="none" w:sz="0" w:space="0" w:color="auto"/>
                                                                                <w:right w:val="none" w:sz="0" w:space="0" w:color="auto"/>
                                                                              </w:divBdr>
                                                                              <w:divsChild>
                                                                                <w:div w:id="1399742049">
                                                                                  <w:marLeft w:val="0"/>
                                                                                  <w:marRight w:val="0"/>
                                                                                  <w:marTop w:val="0"/>
                                                                                  <w:marBottom w:val="0"/>
                                                                                  <w:divBdr>
                                                                                    <w:top w:val="none" w:sz="0" w:space="0" w:color="auto"/>
                                                                                    <w:left w:val="none" w:sz="0" w:space="0" w:color="auto"/>
                                                                                    <w:bottom w:val="none" w:sz="0" w:space="0" w:color="auto"/>
                                                                                    <w:right w:val="none" w:sz="0" w:space="0" w:color="auto"/>
                                                                                  </w:divBdr>
                                                                                  <w:divsChild>
                                                                                    <w:div w:id="150801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5795778">
                                                  <w:marLeft w:val="0"/>
                                                  <w:marRight w:val="0"/>
                                                  <w:marTop w:val="0"/>
                                                  <w:marBottom w:val="0"/>
                                                  <w:divBdr>
                                                    <w:top w:val="none" w:sz="0" w:space="0" w:color="auto"/>
                                                    <w:left w:val="none" w:sz="0" w:space="0" w:color="auto"/>
                                                    <w:bottom w:val="none" w:sz="0" w:space="0" w:color="auto"/>
                                                    <w:right w:val="none" w:sz="0" w:space="0" w:color="auto"/>
                                                  </w:divBdr>
                                                  <w:divsChild>
                                                    <w:div w:id="868882324">
                                                      <w:marLeft w:val="0"/>
                                                      <w:marRight w:val="0"/>
                                                      <w:marTop w:val="0"/>
                                                      <w:marBottom w:val="0"/>
                                                      <w:divBdr>
                                                        <w:top w:val="none" w:sz="0" w:space="0" w:color="auto"/>
                                                        <w:left w:val="none" w:sz="0" w:space="0" w:color="auto"/>
                                                        <w:bottom w:val="none" w:sz="0" w:space="0" w:color="auto"/>
                                                        <w:right w:val="none" w:sz="0" w:space="0" w:color="auto"/>
                                                      </w:divBdr>
                                                      <w:divsChild>
                                                        <w:div w:id="2014406624">
                                                          <w:marLeft w:val="0"/>
                                                          <w:marRight w:val="0"/>
                                                          <w:marTop w:val="0"/>
                                                          <w:marBottom w:val="0"/>
                                                          <w:divBdr>
                                                            <w:top w:val="none" w:sz="0" w:space="0" w:color="auto"/>
                                                            <w:left w:val="none" w:sz="0" w:space="0" w:color="auto"/>
                                                            <w:bottom w:val="none" w:sz="0" w:space="0" w:color="auto"/>
                                                            <w:right w:val="none" w:sz="0" w:space="0" w:color="auto"/>
                                                          </w:divBdr>
                                                          <w:divsChild>
                                                            <w:div w:id="1850682928">
                                                              <w:marLeft w:val="0"/>
                                                              <w:marRight w:val="0"/>
                                                              <w:marTop w:val="0"/>
                                                              <w:marBottom w:val="0"/>
                                                              <w:divBdr>
                                                                <w:top w:val="none" w:sz="0" w:space="0" w:color="auto"/>
                                                                <w:left w:val="none" w:sz="0" w:space="0" w:color="auto"/>
                                                                <w:bottom w:val="none" w:sz="0" w:space="0" w:color="auto"/>
                                                                <w:right w:val="none" w:sz="0" w:space="0" w:color="auto"/>
                                                              </w:divBdr>
                                                              <w:divsChild>
                                                                <w:div w:id="1143084326">
                                                                  <w:marLeft w:val="0"/>
                                                                  <w:marRight w:val="0"/>
                                                                  <w:marTop w:val="0"/>
                                                                  <w:marBottom w:val="0"/>
                                                                  <w:divBdr>
                                                                    <w:top w:val="none" w:sz="0" w:space="0" w:color="auto"/>
                                                                    <w:left w:val="none" w:sz="0" w:space="0" w:color="auto"/>
                                                                    <w:bottom w:val="none" w:sz="0" w:space="0" w:color="auto"/>
                                                                    <w:right w:val="none" w:sz="0" w:space="0" w:color="auto"/>
                                                                  </w:divBdr>
                                                                  <w:divsChild>
                                                                    <w:div w:id="789975220">
                                                                      <w:marLeft w:val="0"/>
                                                                      <w:marRight w:val="0"/>
                                                                      <w:marTop w:val="0"/>
                                                                      <w:marBottom w:val="0"/>
                                                                      <w:divBdr>
                                                                        <w:top w:val="none" w:sz="0" w:space="0" w:color="auto"/>
                                                                        <w:left w:val="none" w:sz="0" w:space="0" w:color="auto"/>
                                                                        <w:bottom w:val="none" w:sz="0" w:space="0" w:color="auto"/>
                                                                        <w:right w:val="none" w:sz="0" w:space="0" w:color="auto"/>
                                                                      </w:divBdr>
                                                                      <w:divsChild>
                                                                        <w:div w:id="830414471">
                                                                          <w:marLeft w:val="0"/>
                                                                          <w:marRight w:val="0"/>
                                                                          <w:marTop w:val="0"/>
                                                                          <w:marBottom w:val="0"/>
                                                                          <w:divBdr>
                                                                            <w:top w:val="none" w:sz="0" w:space="0" w:color="auto"/>
                                                                            <w:left w:val="none" w:sz="0" w:space="0" w:color="auto"/>
                                                                            <w:bottom w:val="none" w:sz="0" w:space="0" w:color="auto"/>
                                                                            <w:right w:val="none" w:sz="0" w:space="0" w:color="auto"/>
                                                                          </w:divBdr>
                                                                          <w:divsChild>
                                                                            <w:div w:id="1253203279">
                                                                              <w:marLeft w:val="0"/>
                                                                              <w:marRight w:val="0"/>
                                                                              <w:marTop w:val="0"/>
                                                                              <w:marBottom w:val="0"/>
                                                                              <w:divBdr>
                                                                                <w:top w:val="none" w:sz="0" w:space="0" w:color="auto"/>
                                                                                <w:left w:val="none" w:sz="0" w:space="0" w:color="auto"/>
                                                                                <w:bottom w:val="none" w:sz="0" w:space="0" w:color="auto"/>
                                                                                <w:right w:val="none" w:sz="0" w:space="0" w:color="auto"/>
                                                                              </w:divBdr>
                                                                              <w:divsChild>
                                                                                <w:div w:id="14696274">
                                                                                  <w:marLeft w:val="0"/>
                                                                                  <w:marRight w:val="0"/>
                                                                                  <w:marTop w:val="0"/>
                                                                                  <w:marBottom w:val="0"/>
                                                                                  <w:divBdr>
                                                                                    <w:top w:val="none" w:sz="0" w:space="0" w:color="auto"/>
                                                                                    <w:left w:val="none" w:sz="0" w:space="0" w:color="auto"/>
                                                                                    <w:bottom w:val="none" w:sz="0" w:space="0" w:color="auto"/>
                                                                                    <w:right w:val="none" w:sz="0" w:space="0" w:color="auto"/>
                                                                                  </w:divBdr>
                                                                                  <w:divsChild>
                                                                                    <w:div w:id="76178282">
                                                                                      <w:marLeft w:val="0"/>
                                                                                      <w:marRight w:val="0"/>
                                                                                      <w:marTop w:val="0"/>
                                                                                      <w:marBottom w:val="0"/>
                                                                                      <w:divBdr>
                                                                                        <w:top w:val="none" w:sz="0" w:space="0" w:color="auto"/>
                                                                                        <w:left w:val="none" w:sz="0" w:space="0" w:color="auto"/>
                                                                                        <w:bottom w:val="none" w:sz="0" w:space="0" w:color="auto"/>
                                                                                        <w:right w:val="none" w:sz="0" w:space="0" w:color="auto"/>
                                                                                      </w:divBdr>
                                                                                      <w:divsChild>
                                                                                        <w:div w:id="780107024">
                                                                                          <w:marLeft w:val="0"/>
                                                                                          <w:marRight w:val="0"/>
                                                                                          <w:marTop w:val="0"/>
                                                                                          <w:marBottom w:val="0"/>
                                                                                          <w:divBdr>
                                                                                            <w:top w:val="none" w:sz="0" w:space="0" w:color="auto"/>
                                                                                            <w:left w:val="none" w:sz="0" w:space="0" w:color="auto"/>
                                                                                            <w:bottom w:val="none" w:sz="0" w:space="0" w:color="auto"/>
                                                                                            <w:right w:val="none" w:sz="0" w:space="0" w:color="auto"/>
                                                                                          </w:divBdr>
                                                                                          <w:divsChild>
                                                                                            <w:div w:id="1829054381">
                                                                                              <w:marLeft w:val="0"/>
                                                                                              <w:marRight w:val="0"/>
                                                                                              <w:marTop w:val="0"/>
                                                                                              <w:marBottom w:val="0"/>
                                                                                              <w:divBdr>
                                                                                                <w:top w:val="none" w:sz="0" w:space="0" w:color="auto"/>
                                                                                                <w:left w:val="none" w:sz="0" w:space="0" w:color="auto"/>
                                                                                                <w:bottom w:val="none" w:sz="0" w:space="0" w:color="auto"/>
                                                                                                <w:right w:val="none" w:sz="0" w:space="0" w:color="auto"/>
                                                                                              </w:divBdr>
                                                                                              <w:divsChild>
                                                                                                <w:div w:id="115252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1769898">
      <w:bodyDiv w:val="1"/>
      <w:marLeft w:val="0"/>
      <w:marRight w:val="0"/>
      <w:marTop w:val="0"/>
      <w:marBottom w:val="0"/>
      <w:divBdr>
        <w:top w:val="none" w:sz="0" w:space="0" w:color="auto"/>
        <w:left w:val="none" w:sz="0" w:space="0" w:color="auto"/>
        <w:bottom w:val="none" w:sz="0" w:space="0" w:color="auto"/>
        <w:right w:val="none" w:sz="0" w:space="0" w:color="auto"/>
      </w:divBdr>
    </w:div>
    <w:div w:id="897932276">
      <w:bodyDiv w:val="1"/>
      <w:marLeft w:val="0"/>
      <w:marRight w:val="0"/>
      <w:marTop w:val="0"/>
      <w:marBottom w:val="0"/>
      <w:divBdr>
        <w:top w:val="none" w:sz="0" w:space="0" w:color="auto"/>
        <w:left w:val="none" w:sz="0" w:space="0" w:color="auto"/>
        <w:bottom w:val="none" w:sz="0" w:space="0" w:color="auto"/>
        <w:right w:val="none" w:sz="0" w:space="0" w:color="auto"/>
      </w:divBdr>
      <w:divsChild>
        <w:div w:id="71586785">
          <w:marLeft w:val="0"/>
          <w:marRight w:val="0"/>
          <w:marTop w:val="0"/>
          <w:marBottom w:val="0"/>
          <w:divBdr>
            <w:top w:val="none" w:sz="0" w:space="0" w:color="auto"/>
            <w:left w:val="none" w:sz="0" w:space="0" w:color="auto"/>
            <w:bottom w:val="none" w:sz="0" w:space="0" w:color="auto"/>
            <w:right w:val="none" w:sz="0" w:space="0" w:color="auto"/>
          </w:divBdr>
        </w:div>
        <w:div w:id="1944917187">
          <w:marLeft w:val="0"/>
          <w:marRight w:val="0"/>
          <w:marTop w:val="0"/>
          <w:marBottom w:val="0"/>
          <w:divBdr>
            <w:top w:val="none" w:sz="0" w:space="0" w:color="auto"/>
            <w:left w:val="none" w:sz="0" w:space="0" w:color="auto"/>
            <w:bottom w:val="none" w:sz="0" w:space="0" w:color="auto"/>
            <w:right w:val="none" w:sz="0" w:space="0" w:color="auto"/>
          </w:divBdr>
        </w:div>
        <w:div w:id="1214318495">
          <w:marLeft w:val="0"/>
          <w:marRight w:val="0"/>
          <w:marTop w:val="0"/>
          <w:marBottom w:val="0"/>
          <w:divBdr>
            <w:top w:val="none" w:sz="0" w:space="0" w:color="auto"/>
            <w:left w:val="none" w:sz="0" w:space="0" w:color="auto"/>
            <w:bottom w:val="none" w:sz="0" w:space="0" w:color="auto"/>
            <w:right w:val="none" w:sz="0" w:space="0" w:color="auto"/>
          </w:divBdr>
        </w:div>
        <w:div w:id="1508253805">
          <w:marLeft w:val="0"/>
          <w:marRight w:val="0"/>
          <w:marTop w:val="0"/>
          <w:marBottom w:val="0"/>
          <w:divBdr>
            <w:top w:val="none" w:sz="0" w:space="0" w:color="auto"/>
            <w:left w:val="none" w:sz="0" w:space="0" w:color="auto"/>
            <w:bottom w:val="none" w:sz="0" w:space="0" w:color="auto"/>
            <w:right w:val="none" w:sz="0" w:space="0" w:color="auto"/>
          </w:divBdr>
        </w:div>
        <w:div w:id="845827468">
          <w:marLeft w:val="0"/>
          <w:marRight w:val="0"/>
          <w:marTop w:val="0"/>
          <w:marBottom w:val="0"/>
          <w:divBdr>
            <w:top w:val="none" w:sz="0" w:space="0" w:color="auto"/>
            <w:left w:val="none" w:sz="0" w:space="0" w:color="auto"/>
            <w:bottom w:val="none" w:sz="0" w:space="0" w:color="auto"/>
            <w:right w:val="none" w:sz="0" w:space="0" w:color="auto"/>
          </w:divBdr>
        </w:div>
        <w:div w:id="1261328562">
          <w:marLeft w:val="0"/>
          <w:marRight w:val="0"/>
          <w:marTop w:val="0"/>
          <w:marBottom w:val="0"/>
          <w:divBdr>
            <w:top w:val="none" w:sz="0" w:space="0" w:color="auto"/>
            <w:left w:val="none" w:sz="0" w:space="0" w:color="auto"/>
            <w:bottom w:val="none" w:sz="0" w:space="0" w:color="auto"/>
            <w:right w:val="none" w:sz="0" w:space="0" w:color="auto"/>
          </w:divBdr>
        </w:div>
      </w:divsChild>
    </w:div>
    <w:div w:id="1176531336">
      <w:bodyDiv w:val="1"/>
      <w:marLeft w:val="0"/>
      <w:marRight w:val="0"/>
      <w:marTop w:val="0"/>
      <w:marBottom w:val="0"/>
      <w:divBdr>
        <w:top w:val="none" w:sz="0" w:space="0" w:color="auto"/>
        <w:left w:val="none" w:sz="0" w:space="0" w:color="auto"/>
        <w:bottom w:val="none" w:sz="0" w:space="0" w:color="auto"/>
        <w:right w:val="none" w:sz="0" w:space="0" w:color="auto"/>
      </w:divBdr>
      <w:divsChild>
        <w:div w:id="1725173879">
          <w:marLeft w:val="0"/>
          <w:marRight w:val="0"/>
          <w:marTop w:val="0"/>
          <w:marBottom w:val="0"/>
          <w:divBdr>
            <w:top w:val="none" w:sz="0" w:space="0" w:color="auto"/>
            <w:left w:val="none" w:sz="0" w:space="0" w:color="auto"/>
            <w:bottom w:val="none" w:sz="0" w:space="0" w:color="auto"/>
            <w:right w:val="none" w:sz="0" w:space="0" w:color="auto"/>
          </w:divBdr>
        </w:div>
        <w:div w:id="10569757">
          <w:marLeft w:val="0"/>
          <w:marRight w:val="0"/>
          <w:marTop w:val="0"/>
          <w:marBottom w:val="0"/>
          <w:divBdr>
            <w:top w:val="none" w:sz="0" w:space="0" w:color="auto"/>
            <w:left w:val="none" w:sz="0" w:space="0" w:color="auto"/>
            <w:bottom w:val="none" w:sz="0" w:space="0" w:color="auto"/>
            <w:right w:val="none" w:sz="0" w:space="0" w:color="auto"/>
          </w:divBdr>
        </w:div>
        <w:div w:id="1889107507">
          <w:marLeft w:val="0"/>
          <w:marRight w:val="0"/>
          <w:marTop w:val="0"/>
          <w:marBottom w:val="0"/>
          <w:divBdr>
            <w:top w:val="none" w:sz="0" w:space="0" w:color="auto"/>
            <w:left w:val="none" w:sz="0" w:space="0" w:color="auto"/>
            <w:bottom w:val="none" w:sz="0" w:space="0" w:color="auto"/>
            <w:right w:val="none" w:sz="0" w:space="0" w:color="auto"/>
          </w:divBdr>
        </w:div>
        <w:div w:id="402218823">
          <w:marLeft w:val="0"/>
          <w:marRight w:val="0"/>
          <w:marTop w:val="0"/>
          <w:marBottom w:val="0"/>
          <w:divBdr>
            <w:top w:val="none" w:sz="0" w:space="0" w:color="auto"/>
            <w:left w:val="none" w:sz="0" w:space="0" w:color="auto"/>
            <w:bottom w:val="none" w:sz="0" w:space="0" w:color="auto"/>
            <w:right w:val="none" w:sz="0" w:space="0" w:color="auto"/>
          </w:divBdr>
        </w:div>
        <w:div w:id="54159268">
          <w:marLeft w:val="0"/>
          <w:marRight w:val="0"/>
          <w:marTop w:val="0"/>
          <w:marBottom w:val="0"/>
          <w:divBdr>
            <w:top w:val="none" w:sz="0" w:space="0" w:color="auto"/>
            <w:left w:val="none" w:sz="0" w:space="0" w:color="auto"/>
            <w:bottom w:val="none" w:sz="0" w:space="0" w:color="auto"/>
            <w:right w:val="none" w:sz="0" w:space="0" w:color="auto"/>
          </w:divBdr>
        </w:div>
        <w:div w:id="1435054758">
          <w:marLeft w:val="0"/>
          <w:marRight w:val="0"/>
          <w:marTop w:val="0"/>
          <w:marBottom w:val="0"/>
          <w:divBdr>
            <w:top w:val="none" w:sz="0" w:space="0" w:color="auto"/>
            <w:left w:val="none" w:sz="0" w:space="0" w:color="auto"/>
            <w:bottom w:val="none" w:sz="0" w:space="0" w:color="auto"/>
            <w:right w:val="none" w:sz="0" w:space="0" w:color="auto"/>
          </w:divBdr>
        </w:div>
      </w:divsChild>
    </w:div>
    <w:div w:id="1349066143">
      <w:bodyDiv w:val="1"/>
      <w:marLeft w:val="0"/>
      <w:marRight w:val="0"/>
      <w:marTop w:val="0"/>
      <w:marBottom w:val="0"/>
      <w:divBdr>
        <w:top w:val="none" w:sz="0" w:space="0" w:color="auto"/>
        <w:left w:val="none" w:sz="0" w:space="0" w:color="auto"/>
        <w:bottom w:val="none" w:sz="0" w:space="0" w:color="auto"/>
        <w:right w:val="none" w:sz="0" w:space="0" w:color="auto"/>
      </w:divBdr>
      <w:divsChild>
        <w:div w:id="1764763646">
          <w:marLeft w:val="0"/>
          <w:marRight w:val="0"/>
          <w:marTop w:val="0"/>
          <w:marBottom w:val="0"/>
          <w:divBdr>
            <w:top w:val="none" w:sz="0" w:space="0" w:color="auto"/>
            <w:left w:val="none" w:sz="0" w:space="0" w:color="auto"/>
            <w:bottom w:val="none" w:sz="0" w:space="0" w:color="auto"/>
            <w:right w:val="none" w:sz="0" w:space="0" w:color="auto"/>
          </w:divBdr>
        </w:div>
      </w:divsChild>
    </w:div>
    <w:div w:id="1405030817">
      <w:bodyDiv w:val="1"/>
      <w:marLeft w:val="0"/>
      <w:marRight w:val="0"/>
      <w:marTop w:val="0"/>
      <w:marBottom w:val="0"/>
      <w:divBdr>
        <w:top w:val="none" w:sz="0" w:space="0" w:color="auto"/>
        <w:left w:val="none" w:sz="0" w:space="0" w:color="auto"/>
        <w:bottom w:val="none" w:sz="0" w:space="0" w:color="auto"/>
        <w:right w:val="none" w:sz="0" w:space="0" w:color="auto"/>
      </w:divBdr>
    </w:div>
    <w:div w:id="1694260639">
      <w:bodyDiv w:val="1"/>
      <w:marLeft w:val="0"/>
      <w:marRight w:val="0"/>
      <w:marTop w:val="0"/>
      <w:marBottom w:val="0"/>
      <w:divBdr>
        <w:top w:val="none" w:sz="0" w:space="0" w:color="auto"/>
        <w:left w:val="none" w:sz="0" w:space="0" w:color="auto"/>
        <w:bottom w:val="none" w:sz="0" w:space="0" w:color="auto"/>
        <w:right w:val="none" w:sz="0" w:space="0" w:color="auto"/>
      </w:divBdr>
    </w:div>
    <w:div w:id="1936091513">
      <w:bodyDiv w:val="1"/>
      <w:marLeft w:val="0"/>
      <w:marRight w:val="0"/>
      <w:marTop w:val="0"/>
      <w:marBottom w:val="0"/>
      <w:divBdr>
        <w:top w:val="none" w:sz="0" w:space="0" w:color="auto"/>
        <w:left w:val="none" w:sz="0" w:space="0" w:color="auto"/>
        <w:bottom w:val="none" w:sz="0" w:space="0" w:color="auto"/>
        <w:right w:val="none" w:sz="0" w:space="0" w:color="auto"/>
      </w:divBdr>
      <w:divsChild>
        <w:div w:id="566695076">
          <w:marLeft w:val="0"/>
          <w:marRight w:val="0"/>
          <w:marTop w:val="0"/>
          <w:marBottom w:val="0"/>
          <w:divBdr>
            <w:top w:val="none" w:sz="0" w:space="0" w:color="auto"/>
            <w:left w:val="none" w:sz="0" w:space="0" w:color="auto"/>
            <w:bottom w:val="none" w:sz="0" w:space="0" w:color="auto"/>
            <w:right w:val="none" w:sz="0" w:space="0" w:color="auto"/>
          </w:divBdr>
          <w:divsChild>
            <w:div w:id="90781567">
              <w:marLeft w:val="0"/>
              <w:marRight w:val="0"/>
              <w:marTop w:val="0"/>
              <w:marBottom w:val="0"/>
              <w:divBdr>
                <w:top w:val="none" w:sz="0" w:space="0" w:color="auto"/>
                <w:left w:val="none" w:sz="0" w:space="0" w:color="auto"/>
                <w:bottom w:val="none" w:sz="0" w:space="0" w:color="auto"/>
                <w:right w:val="none" w:sz="0" w:space="0" w:color="auto"/>
              </w:divBdr>
              <w:divsChild>
                <w:div w:id="461118142">
                  <w:marLeft w:val="0"/>
                  <w:marRight w:val="0"/>
                  <w:marTop w:val="0"/>
                  <w:marBottom w:val="0"/>
                  <w:divBdr>
                    <w:top w:val="none" w:sz="0" w:space="0" w:color="auto"/>
                    <w:left w:val="none" w:sz="0" w:space="0" w:color="auto"/>
                    <w:bottom w:val="none" w:sz="0" w:space="0" w:color="auto"/>
                    <w:right w:val="none" w:sz="0" w:space="0" w:color="auto"/>
                  </w:divBdr>
                  <w:divsChild>
                    <w:div w:id="737941887">
                      <w:marLeft w:val="0"/>
                      <w:marRight w:val="0"/>
                      <w:marTop w:val="0"/>
                      <w:marBottom w:val="0"/>
                      <w:divBdr>
                        <w:top w:val="none" w:sz="0" w:space="0" w:color="auto"/>
                        <w:left w:val="none" w:sz="0" w:space="0" w:color="auto"/>
                        <w:bottom w:val="none" w:sz="0" w:space="0" w:color="auto"/>
                        <w:right w:val="none" w:sz="0" w:space="0" w:color="auto"/>
                      </w:divBdr>
                      <w:divsChild>
                        <w:div w:id="1458529455">
                          <w:marLeft w:val="0"/>
                          <w:marRight w:val="0"/>
                          <w:marTop w:val="0"/>
                          <w:marBottom w:val="0"/>
                          <w:divBdr>
                            <w:top w:val="none" w:sz="0" w:space="0" w:color="auto"/>
                            <w:left w:val="none" w:sz="0" w:space="0" w:color="auto"/>
                            <w:bottom w:val="none" w:sz="0" w:space="0" w:color="auto"/>
                            <w:right w:val="none" w:sz="0" w:space="0" w:color="auto"/>
                          </w:divBdr>
                          <w:divsChild>
                            <w:div w:id="1921596929">
                              <w:marLeft w:val="0"/>
                              <w:marRight w:val="0"/>
                              <w:marTop w:val="0"/>
                              <w:marBottom w:val="0"/>
                              <w:divBdr>
                                <w:top w:val="none" w:sz="0" w:space="0" w:color="auto"/>
                                <w:left w:val="none" w:sz="0" w:space="0" w:color="auto"/>
                                <w:bottom w:val="none" w:sz="0" w:space="0" w:color="auto"/>
                                <w:right w:val="none" w:sz="0" w:space="0" w:color="auto"/>
                              </w:divBdr>
                              <w:divsChild>
                                <w:div w:id="489950862">
                                  <w:marLeft w:val="0"/>
                                  <w:marRight w:val="0"/>
                                  <w:marTop w:val="0"/>
                                  <w:marBottom w:val="0"/>
                                  <w:divBdr>
                                    <w:top w:val="none" w:sz="0" w:space="0" w:color="auto"/>
                                    <w:left w:val="none" w:sz="0" w:space="0" w:color="auto"/>
                                    <w:bottom w:val="none" w:sz="0" w:space="0" w:color="auto"/>
                                    <w:right w:val="none" w:sz="0" w:space="0" w:color="auto"/>
                                  </w:divBdr>
                                  <w:divsChild>
                                    <w:div w:id="943539159">
                                      <w:marLeft w:val="0"/>
                                      <w:marRight w:val="0"/>
                                      <w:marTop w:val="0"/>
                                      <w:marBottom w:val="0"/>
                                      <w:divBdr>
                                        <w:top w:val="none" w:sz="0" w:space="0" w:color="auto"/>
                                        <w:left w:val="none" w:sz="0" w:space="0" w:color="auto"/>
                                        <w:bottom w:val="none" w:sz="0" w:space="0" w:color="auto"/>
                                        <w:right w:val="none" w:sz="0" w:space="0" w:color="auto"/>
                                      </w:divBdr>
                                      <w:divsChild>
                                        <w:div w:id="1988702009">
                                          <w:marLeft w:val="0"/>
                                          <w:marRight w:val="0"/>
                                          <w:marTop w:val="0"/>
                                          <w:marBottom w:val="0"/>
                                          <w:divBdr>
                                            <w:top w:val="none" w:sz="0" w:space="0" w:color="auto"/>
                                            <w:left w:val="none" w:sz="0" w:space="0" w:color="auto"/>
                                            <w:bottom w:val="none" w:sz="0" w:space="0" w:color="auto"/>
                                            <w:right w:val="none" w:sz="0" w:space="0" w:color="auto"/>
                                          </w:divBdr>
                                          <w:divsChild>
                                            <w:div w:id="1812867618">
                                              <w:marLeft w:val="0"/>
                                              <w:marRight w:val="0"/>
                                              <w:marTop w:val="0"/>
                                              <w:marBottom w:val="0"/>
                                              <w:divBdr>
                                                <w:top w:val="none" w:sz="0" w:space="0" w:color="auto"/>
                                                <w:left w:val="none" w:sz="0" w:space="0" w:color="auto"/>
                                                <w:bottom w:val="none" w:sz="0" w:space="0" w:color="auto"/>
                                                <w:right w:val="none" w:sz="0" w:space="0" w:color="auto"/>
                                              </w:divBdr>
                                              <w:divsChild>
                                                <w:div w:id="1361053860">
                                                  <w:marLeft w:val="0"/>
                                                  <w:marRight w:val="0"/>
                                                  <w:marTop w:val="0"/>
                                                  <w:marBottom w:val="0"/>
                                                  <w:divBdr>
                                                    <w:top w:val="none" w:sz="0" w:space="0" w:color="auto"/>
                                                    <w:left w:val="none" w:sz="0" w:space="0" w:color="auto"/>
                                                    <w:bottom w:val="none" w:sz="0" w:space="0" w:color="auto"/>
                                                    <w:right w:val="none" w:sz="0" w:space="0" w:color="auto"/>
                                                  </w:divBdr>
                                                  <w:divsChild>
                                                    <w:div w:id="704210339">
                                                      <w:marLeft w:val="0"/>
                                                      <w:marRight w:val="0"/>
                                                      <w:marTop w:val="0"/>
                                                      <w:marBottom w:val="0"/>
                                                      <w:divBdr>
                                                        <w:top w:val="none" w:sz="0" w:space="0" w:color="auto"/>
                                                        <w:left w:val="none" w:sz="0" w:space="0" w:color="auto"/>
                                                        <w:bottom w:val="none" w:sz="0" w:space="0" w:color="auto"/>
                                                        <w:right w:val="none" w:sz="0" w:space="0" w:color="auto"/>
                                                      </w:divBdr>
                                                      <w:divsChild>
                                                        <w:div w:id="300040988">
                                                          <w:marLeft w:val="0"/>
                                                          <w:marRight w:val="0"/>
                                                          <w:marTop w:val="0"/>
                                                          <w:marBottom w:val="0"/>
                                                          <w:divBdr>
                                                            <w:top w:val="none" w:sz="0" w:space="0" w:color="auto"/>
                                                            <w:left w:val="none" w:sz="0" w:space="0" w:color="auto"/>
                                                            <w:bottom w:val="none" w:sz="0" w:space="0" w:color="auto"/>
                                                            <w:right w:val="none" w:sz="0" w:space="0" w:color="auto"/>
                                                          </w:divBdr>
                                                          <w:divsChild>
                                                            <w:div w:id="667665">
                                                              <w:marLeft w:val="0"/>
                                                              <w:marRight w:val="0"/>
                                                              <w:marTop w:val="0"/>
                                                              <w:marBottom w:val="0"/>
                                                              <w:divBdr>
                                                                <w:top w:val="none" w:sz="0" w:space="0" w:color="auto"/>
                                                                <w:left w:val="none" w:sz="0" w:space="0" w:color="auto"/>
                                                                <w:bottom w:val="none" w:sz="0" w:space="0" w:color="auto"/>
                                                                <w:right w:val="none" w:sz="0" w:space="0" w:color="auto"/>
                                                              </w:divBdr>
                                                              <w:divsChild>
                                                                <w:div w:id="1642923529">
                                                                  <w:marLeft w:val="0"/>
                                                                  <w:marRight w:val="0"/>
                                                                  <w:marTop w:val="0"/>
                                                                  <w:marBottom w:val="0"/>
                                                                  <w:divBdr>
                                                                    <w:top w:val="none" w:sz="0" w:space="0" w:color="auto"/>
                                                                    <w:left w:val="none" w:sz="0" w:space="0" w:color="auto"/>
                                                                    <w:bottom w:val="none" w:sz="0" w:space="0" w:color="auto"/>
                                                                    <w:right w:val="none" w:sz="0" w:space="0" w:color="auto"/>
                                                                  </w:divBdr>
                                                                  <w:divsChild>
                                                                    <w:div w:id="1038579306">
                                                                      <w:marLeft w:val="0"/>
                                                                      <w:marRight w:val="0"/>
                                                                      <w:marTop w:val="0"/>
                                                                      <w:marBottom w:val="0"/>
                                                                      <w:divBdr>
                                                                        <w:top w:val="none" w:sz="0" w:space="0" w:color="auto"/>
                                                                        <w:left w:val="none" w:sz="0" w:space="0" w:color="auto"/>
                                                                        <w:bottom w:val="none" w:sz="0" w:space="0" w:color="auto"/>
                                                                        <w:right w:val="none" w:sz="0" w:space="0" w:color="auto"/>
                                                                      </w:divBdr>
                                                                      <w:divsChild>
                                                                        <w:div w:id="534074188">
                                                                          <w:marLeft w:val="0"/>
                                                                          <w:marRight w:val="0"/>
                                                                          <w:marTop w:val="0"/>
                                                                          <w:marBottom w:val="0"/>
                                                                          <w:divBdr>
                                                                            <w:top w:val="none" w:sz="0" w:space="0" w:color="auto"/>
                                                                            <w:left w:val="none" w:sz="0" w:space="0" w:color="auto"/>
                                                                            <w:bottom w:val="none" w:sz="0" w:space="0" w:color="auto"/>
                                                                            <w:right w:val="none" w:sz="0" w:space="0" w:color="auto"/>
                                                                          </w:divBdr>
                                                                          <w:divsChild>
                                                                            <w:div w:id="199173227">
                                                                              <w:marLeft w:val="0"/>
                                                                              <w:marRight w:val="0"/>
                                                                              <w:marTop w:val="0"/>
                                                                              <w:marBottom w:val="0"/>
                                                                              <w:divBdr>
                                                                                <w:top w:val="none" w:sz="0" w:space="0" w:color="auto"/>
                                                                                <w:left w:val="none" w:sz="0" w:space="0" w:color="auto"/>
                                                                                <w:bottom w:val="none" w:sz="0" w:space="0" w:color="auto"/>
                                                                                <w:right w:val="none" w:sz="0" w:space="0" w:color="auto"/>
                                                                              </w:divBdr>
                                                                              <w:divsChild>
                                                                                <w:div w:id="40713507">
                                                                                  <w:marLeft w:val="0"/>
                                                                                  <w:marRight w:val="0"/>
                                                                                  <w:marTop w:val="0"/>
                                                                                  <w:marBottom w:val="0"/>
                                                                                  <w:divBdr>
                                                                                    <w:top w:val="none" w:sz="0" w:space="0" w:color="auto"/>
                                                                                    <w:left w:val="none" w:sz="0" w:space="0" w:color="auto"/>
                                                                                    <w:bottom w:val="none" w:sz="0" w:space="0" w:color="auto"/>
                                                                                    <w:right w:val="none" w:sz="0" w:space="0" w:color="auto"/>
                                                                                  </w:divBdr>
                                                                                  <w:divsChild>
                                                                                    <w:div w:id="57365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1968240">
                                                  <w:marLeft w:val="0"/>
                                                  <w:marRight w:val="0"/>
                                                  <w:marTop w:val="0"/>
                                                  <w:marBottom w:val="0"/>
                                                  <w:divBdr>
                                                    <w:top w:val="none" w:sz="0" w:space="0" w:color="auto"/>
                                                    <w:left w:val="none" w:sz="0" w:space="0" w:color="auto"/>
                                                    <w:bottom w:val="none" w:sz="0" w:space="0" w:color="auto"/>
                                                    <w:right w:val="none" w:sz="0" w:space="0" w:color="auto"/>
                                                  </w:divBdr>
                                                  <w:divsChild>
                                                    <w:div w:id="1689333212">
                                                      <w:marLeft w:val="0"/>
                                                      <w:marRight w:val="0"/>
                                                      <w:marTop w:val="0"/>
                                                      <w:marBottom w:val="0"/>
                                                      <w:divBdr>
                                                        <w:top w:val="none" w:sz="0" w:space="0" w:color="auto"/>
                                                        <w:left w:val="none" w:sz="0" w:space="0" w:color="auto"/>
                                                        <w:bottom w:val="none" w:sz="0" w:space="0" w:color="auto"/>
                                                        <w:right w:val="none" w:sz="0" w:space="0" w:color="auto"/>
                                                      </w:divBdr>
                                                      <w:divsChild>
                                                        <w:div w:id="907153001">
                                                          <w:marLeft w:val="0"/>
                                                          <w:marRight w:val="0"/>
                                                          <w:marTop w:val="0"/>
                                                          <w:marBottom w:val="0"/>
                                                          <w:divBdr>
                                                            <w:top w:val="none" w:sz="0" w:space="0" w:color="auto"/>
                                                            <w:left w:val="none" w:sz="0" w:space="0" w:color="auto"/>
                                                            <w:bottom w:val="none" w:sz="0" w:space="0" w:color="auto"/>
                                                            <w:right w:val="none" w:sz="0" w:space="0" w:color="auto"/>
                                                          </w:divBdr>
                                                          <w:divsChild>
                                                            <w:div w:id="839123826">
                                                              <w:marLeft w:val="0"/>
                                                              <w:marRight w:val="0"/>
                                                              <w:marTop w:val="0"/>
                                                              <w:marBottom w:val="0"/>
                                                              <w:divBdr>
                                                                <w:top w:val="none" w:sz="0" w:space="0" w:color="auto"/>
                                                                <w:left w:val="none" w:sz="0" w:space="0" w:color="auto"/>
                                                                <w:bottom w:val="none" w:sz="0" w:space="0" w:color="auto"/>
                                                                <w:right w:val="none" w:sz="0" w:space="0" w:color="auto"/>
                                                              </w:divBdr>
                                                              <w:divsChild>
                                                                <w:div w:id="1711150293">
                                                                  <w:marLeft w:val="0"/>
                                                                  <w:marRight w:val="0"/>
                                                                  <w:marTop w:val="0"/>
                                                                  <w:marBottom w:val="0"/>
                                                                  <w:divBdr>
                                                                    <w:top w:val="none" w:sz="0" w:space="0" w:color="auto"/>
                                                                    <w:left w:val="none" w:sz="0" w:space="0" w:color="auto"/>
                                                                    <w:bottom w:val="none" w:sz="0" w:space="0" w:color="auto"/>
                                                                    <w:right w:val="none" w:sz="0" w:space="0" w:color="auto"/>
                                                                  </w:divBdr>
                                                                  <w:divsChild>
                                                                    <w:div w:id="959069971">
                                                                      <w:marLeft w:val="0"/>
                                                                      <w:marRight w:val="0"/>
                                                                      <w:marTop w:val="0"/>
                                                                      <w:marBottom w:val="0"/>
                                                                      <w:divBdr>
                                                                        <w:top w:val="none" w:sz="0" w:space="0" w:color="auto"/>
                                                                        <w:left w:val="none" w:sz="0" w:space="0" w:color="auto"/>
                                                                        <w:bottom w:val="none" w:sz="0" w:space="0" w:color="auto"/>
                                                                        <w:right w:val="none" w:sz="0" w:space="0" w:color="auto"/>
                                                                      </w:divBdr>
                                                                      <w:divsChild>
                                                                        <w:div w:id="573588109">
                                                                          <w:marLeft w:val="0"/>
                                                                          <w:marRight w:val="0"/>
                                                                          <w:marTop w:val="0"/>
                                                                          <w:marBottom w:val="0"/>
                                                                          <w:divBdr>
                                                                            <w:top w:val="none" w:sz="0" w:space="0" w:color="auto"/>
                                                                            <w:left w:val="none" w:sz="0" w:space="0" w:color="auto"/>
                                                                            <w:bottom w:val="none" w:sz="0" w:space="0" w:color="auto"/>
                                                                            <w:right w:val="none" w:sz="0" w:space="0" w:color="auto"/>
                                                                          </w:divBdr>
                                                                          <w:divsChild>
                                                                            <w:div w:id="243957750">
                                                                              <w:marLeft w:val="0"/>
                                                                              <w:marRight w:val="0"/>
                                                                              <w:marTop w:val="0"/>
                                                                              <w:marBottom w:val="0"/>
                                                                              <w:divBdr>
                                                                                <w:top w:val="none" w:sz="0" w:space="0" w:color="auto"/>
                                                                                <w:left w:val="none" w:sz="0" w:space="0" w:color="auto"/>
                                                                                <w:bottom w:val="none" w:sz="0" w:space="0" w:color="auto"/>
                                                                                <w:right w:val="none" w:sz="0" w:space="0" w:color="auto"/>
                                                                              </w:divBdr>
                                                                              <w:divsChild>
                                                                                <w:div w:id="633946514">
                                                                                  <w:marLeft w:val="0"/>
                                                                                  <w:marRight w:val="0"/>
                                                                                  <w:marTop w:val="0"/>
                                                                                  <w:marBottom w:val="0"/>
                                                                                  <w:divBdr>
                                                                                    <w:top w:val="none" w:sz="0" w:space="0" w:color="auto"/>
                                                                                    <w:left w:val="none" w:sz="0" w:space="0" w:color="auto"/>
                                                                                    <w:bottom w:val="none" w:sz="0" w:space="0" w:color="auto"/>
                                                                                    <w:right w:val="none" w:sz="0" w:space="0" w:color="auto"/>
                                                                                  </w:divBdr>
                                                                                  <w:divsChild>
                                                                                    <w:div w:id="1997108823">
                                                                                      <w:marLeft w:val="0"/>
                                                                                      <w:marRight w:val="0"/>
                                                                                      <w:marTop w:val="0"/>
                                                                                      <w:marBottom w:val="0"/>
                                                                                      <w:divBdr>
                                                                                        <w:top w:val="none" w:sz="0" w:space="0" w:color="auto"/>
                                                                                        <w:left w:val="none" w:sz="0" w:space="0" w:color="auto"/>
                                                                                        <w:bottom w:val="none" w:sz="0" w:space="0" w:color="auto"/>
                                                                                        <w:right w:val="none" w:sz="0" w:space="0" w:color="auto"/>
                                                                                      </w:divBdr>
                                                                                      <w:divsChild>
                                                                                        <w:div w:id="1151754900">
                                                                                          <w:marLeft w:val="0"/>
                                                                                          <w:marRight w:val="0"/>
                                                                                          <w:marTop w:val="0"/>
                                                                                          <w:marBottom w:val="0"/>
                                                                                          <w:divBdr>
                                                                                            <w:top w:val="none" w:sz="0" w:space="0" w:color="auto"/>
                                                                                            <w:left w:val="none" w:sz="0" w:space="0" w:color="auto"/>
                                                                                            <w:bottom w:val="none" w:sz="0" w:space="0" w:color="auto"/>
                                                                                            <w:right w:val="none" w:sz="0" w:space="0" w:color="auto"/>
                                                                                          </w:divBdr>
                                                                                          <w:divsChild>
                                                                                            <w:div w:id="417412011">
                                                                                              <w:marLeft w:val="0"/>
                                                                                              <w:marRight w:val="0"/>
                                                                                              <w:marTop w:val="0"/>
                                                                                              <w:marBottom w:val="0"/>
                                                                                              <w:divBdr>
                                                                                                <w:top w:val="none" w:sz="0" w:space="0" w:color="auto"/>
                                                                                                <w:left w:val="none" w:sz="0" w:space="0" w:color="auto"/>
                                                                                                <w:bottom w:val="none" w:sz="0" w:space="0" w:color="auto"/>
                                                                                                <w:right w:val="none" w:sz="0" w:space="0" w:color="auto"/>
                                                                                              </w:divBdr>
                                                                                              <w:divsChild>
                                                                                                <w:div w:id="202867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5229108">
      <w:bodyDiv w:val="1"/>
      <w:marLeft w:val="0"/>
      <w:marRight w:val="0"/>
      <w:marTop w:val="0"/>
      <w:marBottom w:val="0"/>
      <w:divBdr>
        <w:top w:val="none" w:sz="0" w:space="0" w:color="auto"/>
        <w:left w:val="none" w:sz="0" w:space="0" w:color="auto"/>
        <w:bottom w:val="none" w:sz="0" w:space="0" w:color="auto"/>
        <w:right w:val="none" w:sz="0" w:space="0" w:color="auto"/>
      </w:divBdr>
      <w:divsChild>
        <w:div w:id="247077411">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myplannedcare.nhs.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tients.wuth.nhs.uk/" TargetMode="External"/><Relationship Id="rId5" Type="http://schemas.openxmlformats.org/officeDocument/2006/relationships/webSettings" Target="webSettings.xml"/><Relationship Id="rId10" Type="http://schemas.openxmlformats.org/officeDocument/2006/relationships/hyperlink" Target="https://travelhealthpro.org.uk/"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1</TotalTime>
  <Pages>8</Pages>
  <Words>1242</Words>
  <Characters>7080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8306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WARD, Victoria (ORCHARD SURGERY - N85047)</cp:lastModifiedBy>
  <cp:revision>3</cp:revision>
  <cp:lastPrinted>2026-06-23T09:27:00Z</cp:lastPrinted>
  <dcterms:created xsi:type="dcterms:W3CDTF">2026-06-23T11:55:00Z</dcterms:created>
  <dcterms:modified xsi:type="dcterms:W3CDTF">2026-06-23T11:56:00Z</dcterms:modified>
  <cp:category/>
</cp:coreProperties>
</file>